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8168ADF" w:rsidR="00C360BD" w:rsidRDefault="009A6F72" w:rsidP="00C360BD">
      <w:pPr>
        <w:jc w:val="center"/>
        <w:rPr>
          <w:b/>
          <w:sz w:val="24"/>
        </w:rPr>
      </w:pPr>
      <w:r>
        <w:rPr>
          <w:b/>
          <w:sz w:val="24"/>
        </w:rPr>
        <w:t xml:space="preserve">Loránt Pregi </w:t>
      </w:r>
      <w:r w:rsidR="003F76C2">
        <w:rPr>
          <w:b/>
          <w:sz w:val="24"/>
        </w:rPr>
        <w:t>(</w:t>
      </w:r>
      <w:r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5B683908" w14:textId="77777777" w:rsidR="0020168D" w:rsidRPr="0020168D" w:rsidRDefault="0020168D" w:rsidP="00C360BD">
      <w:pPr>
        <w:jc w:val="center"/>
        <w:rPr>
          <w:b/>
          <w:sz w:val="6"/>
        </w:rPr>
      </w:pP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9451925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Pr="00920391">
        <w:t>Revealing Fine-Scale Socio-Economic Spatial Patterns Using Local Spatial Autocorrelation: Evidence from Slovakia</w:t>
      </w:r>
      <w:r>
        <w:t>”</w:t>
      </w:r>
    </w:p>
    <w:p w14:paraId="16DB20D1" w14:textId="7777777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250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1CC6" w14:textId="77777777" w:rsidR="00247B2F" w:rsidRDefault="00247B2F" w:rsidP="006521CC">
      <w:pPr>
        <w:spacing w:after="0" w:line="240" w:lineRule="auto"/>
      </w:pPr>
      <w:r>
        <w:separator/>
      </w:r>
    </w:p>
  </w:endnote>
  <w:endnote w:type="continuationSeparator" w:id="0">
    <w:p w14:paraId="405B660D" w14:textId="77777777" w:rsidR="00247B2F" w:rsidRDefault="00247B2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791DB" w14:textId="77777777" w:rsidR="00247B2F" w:rsidRDefault="00247B2F" w:rsidP="006521CC">
      <w:pPr>
        <w:spacing w:after="0" w:line="240" w:lineRule="auto"/>
      </w:pPr>
      <w:r>
        <w:separator/>
      </w:r>
    </w:p>
  </w:footnote>
  <w:footnote w:type="continuationSeparator" w:id="0">
    <w:p w14:paraId="3626F5D5" w14:textId="77777777" w:rsidR="00247B2F" w:rsidRDefault="00247B2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20168D"/>
    <w:rsid w:val="00203C34"/>
    <w:rsid w:val="00247B2F"/>
    <w:rsid w:val="0029639D"/>
    <w:rsid w:val="002F361F"/>
    <w:rsid w:val="00326F90"/>
    <w:rsid w:val="003F76C2"/>
    <w:rsid w:val="00550CB0"/>
    <w:rsid w:val="00614554"/>
    <w:rsid w:val="006214EA"/>
    <w:rsid w:val="006521CC"/>
    <w:rsid w:val="007F45AD"/>
    <w:rsid w:val="008C46AA"/>
    <w:rsid w:val="00920391"/>
    <w:rsid w:val="009A6F72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8</cp:revision>
  <dcterms:created xsi:type="dcterms:W3CDTF">2026-08-21T09:56:00Z</dcterms:created>
  <dcterms:modified xsi:type="dcterms:W3CDTF">2026-09-02T11:11:00Z</dcterms:modified>
  <cp:category/>
</cp:coreProperties>
</file>