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61918DF5" w:rsidR="00C360BD" w:rsidRDefault="00985BCB" w:rsidP="00C360BD">
      <w:pPr>
        <w:jc w:val="center"/>
        <w:rPr>
          <w:b/>
          <w:sz w:val="24"/>
        </w:rPr>
      </w:pPr>
      <w:r w:rsidRPr="00985BCB">
        <w:rPr>
          <w:b/>
          <w:sz w:val="24"/>
        </w:rPr>
        <w:t>Zoltán Kovács</w:t>
      </w:r>
      <w:r w:rsidRPr="00985BCB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985BCB">
        <w:rPr>
          <w:b/>
          <w:sz w:val="24"/>
        </w:rPr>
        <w:t>President of the EUGEO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78C69EAC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984081">
        <w:t>Active</w:t>
      </w:r>
      <w:r>
        <w:t xml:space="preserve"> participation</w:t>
      </w:r>
      <w:r w:rsidR="00985BCB">
        <w:t xml:space="preserve"> – Keynote lecture</w:t>
      </w:r>
      <w:r>
        <w:br/>
      </w:r>
      <w:r w:rsidR="00985BCB">
        <w:rPr>
          <w:rStyle w:val="Vrazn"/>
        </w:rPr>
        <w:t>Topic</w:t>
      </w:r>
      <w:r>
        <w:rPr>
          <w:rStyle w:val="Vrazn"/>
        </w:rPr>
        <w:t>:</w:t>
      </w:r>
      <w:r>
        <w:t xml:space="preserve"> “</w:t>
      </w:r>
      <w:r w:rsidR="00985BCB" w:rsidRPr="00985BCB">
        <w:t>Challenges of sustainable cities and possible answers</w:t>
      </w:r>
      <w:r>
        <w:t>”</w:t>
      </w:r>
      <w:r w:rsidR="0048495F">
        <w:t xml:space="preserve"> </w:t>
      </w:r>
    </w:p>
    <w:p w14:paraId="106782A3" w14:textId="77777777" w:rsidR="00985BCB" w:rsidRDefault="00985BCB" w:rsidP="00920391">
      <w:pPr>
        <w:jc w:val="both"/>
        <w:rPr>
          <w:sz w:val="20"/>
        </w:rPr>
      </w:pPr>
    </w:p>
    <w:p w14:paraId="32E6CEC7" w14:textId="6E0B70B8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 xml:space="preserve">This certificate serves as an official confirmation of participation </w:t>
      </w:r>
      <w:r w:rsidR="00920391">
        <w:rPr>
          <w:sz w:val="20"/>
        </w:rPr>
        <w:t xml:space="preserve">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5ADAE" w14:textId="77777777" w:rsidR="003C2A36" w:rsidRDefault="003C2A36" w:rsidP="006521CC">
      <w:pPr>
        <w:spacing w:after="0" w:line="240" w:lineRule="auto"/>
      </w:pPr>
      <w:r>
        <w:separator/>
      </w:r>
    </w:p>
  </w:endnote>
  <w:endnote w:type="continuationSeparator" w:id="0">
    <w:p w14:paraId="5F8C9B85" w14:textId="77777777" w:rsidR="003C2A36" w:rsidRDefault="003C2A36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E3C74" w14:textId="77777777" w:rsidR="003C2A36" w:rsidRDefault="003C2A36" w:rsidP="006521CC">
      <w:pPr>
        <w:spacing w:after="0" w:line="240" w:lineRule="auto"/>
      </w:pPr>
      <w:r>
        <w:separator/>
      </w:r>
    </w:p>
  </w:footnote>
  <w:footnote w:type="continuationSeparator" w:id="0">
    <w:p w14:paraId="418F5715" w14:textId="77777777" w:rsidR="003C2A36" w:rsidRDefault="003C2A36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395D"/>
    <w:rsid w:val="00027046"/>
    <w:rsid w:val="00034616"/>
    <w:rsid w:val="00037A2F"/>
    <w:rsid w:val="00037A3E"/>
    <w:rsid w:val="0006063C"/>
    <w:rsid w:val="000628E7"/>
    <w:rsid w:val="000705DA"/>
    <w:rsid w:val="00073648"/>
    <w:rsid w:val="000809F7"/>
    <w:rsid w:val="00081AB3"/>
    <w:rsid w:val="0009007E"/>
    <w:rsid w:val="000A198A"/>
    <w:rsid w:val="000A7699"/>
    <w:rsid w:val="000C2B74"/>
    <w:rsid w:val="000D682E"/>
    <w:rsid w:val="000E0BA7"/>
    <w:rsid w:val="001033F6"/>
    <w:rsid w:val="0012049E"/>
    <w:rsid w:val="00121D80"/>
    <w:rsid w:val="00130B40"/>
    <w:rsid w:val="00132307"/>
    <w:rsid w:val="001443EF"/>
    <w:rsid w:val="0015074B"/>
    <w:rsid w:val="00151EB7"/>
    <w:rsid w:val="00152C68"/>
    <w:rsid w:val="00153406"/>
    <w:rsid w:val="0016720D"/>
    <w:rsid w:val="00176166"/>
    <w:rsid w:val="00181F7B"/>
    <w:rsid w:val="00190BA0"/>
    <w:rsid w:val="001918ED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50838"/>
    <w:rsid w:val="00260163"/>
    <w:rsid w:val="00276BE4"/>
    <w:rsid w:val="0029639D"/>
    <w:rsid w:val="002A44B9"/>
    <w:rsid w:val="002A7470"/>
    <w:rsid w:val="002B0023"/>
    <w:rsid w:val="002B427C"/>
    <w:rsid w:val="002F066C"/>
    <w:rsid w:val="002F361F"/>
    <w:rsid w:val="002F4A19"/>
    <w:rsid w:val="003147CF"/>
    <w:rsid w:val="003202CB"/>
    <w:rsid w:val="00325BF6"/>
    <w:rsid w:val="00326F90"/>
    <w:rsid w:val="00347F2A"/>
    <w:rsid w:val="00351CC7"/>
    <w:rsid w:val="003542D6"/>
    <w:rsid w:val="00354AD2"/>
    <w:rsid w:val="003715F8"/>
    <w:rsid w:val="003C2A36"/>
    <w:rsid w:val="003C5948"/>
    <w:rsid w:val="003D262F"/>
    <w:rsid w:val="003F50F6"/>
    <w:rsid w:val="003F76C2"/>
    <w:rsid w:val="00400246"/>
    <w:rsid w:val="004124AD"/>
    <w:rsid w:val="0041783B"/>
    <w:rsid w:val="004250C1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06FD3"/>
    <w:rsid w:val="005104D5"/>
    <w:rsid w:val="005178C0"/>
    <w:rsid w:val="005216FA"/>
    <w:rsid w:val="005364D7"/>
    <w:rsid w:val="005406CB"/>
    <w:rsid w:val="0054106E"/>
    <w:rsid w:val="00550CB0"/>
    <w:rsid w:val="00550CDD"/>
    <w:rsid w:val="00582199"/>
    <w:rsid w:val="00591F7E"/>
    <w:rsid w:val="005A5694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27AC1"/>
    <w:rsid w:val="00637D06"/>
    <w:rsid w:val="006521CC"/>
    <w:rsid w:val="00663F88"/>
    <w:rsid w:val="006715B2"/>
    <w:rsid w:val="00680015"/>
    <w:rsid w:val="006A0249"/>
    <w:rsid w:val="006A36DE"/>
    <w:rsid w:val="006A3DF2"/>
    <w:rsid w:val="006A6000"/>
    <w:rsid w:val="006B1A1C"/>
    <w:rsid w:val="006B48F4"/>
    <w:rsid w:val="006E0682"/>
    <w:rsid w:val="0070220F"/>
    <w:rsid w:val="0070408A"/>
    <w:rsid w:val="00726B5C"/>
    <w:rsid w:val="007274B7"/>
    <w:rsid w:val="00736BFD"/>
    <w:rsid w:val="00754F95"/>
    <w:rsid w:val="00763963"/>
    <w:rsid w:val="007729D9"/>
    <w:rsid w:val="007C57FD"/>
    <w:rsid w:val="007D0305"/>
    <w:rsid w:val="007F250E"/>
    <w:rsid w:val="007F3A24"/>
    <w:rsid w:val="007F45AD"/>
    <w:rsid w:val="008407FC"/>
    <w:rsid w:val="0084189D"/>
    <w:rsid w:val="0085407C"/>
    <w:rsid w:val="00860E7F"/>
    <w:rsid w:val="00886001"/>
    <w:rsid w:val="00886B87"/>
    <w:rsid w:val="008C46AA"/>
    <w:rsid w:val="008C5BD5"/>
    <w:rsid w:val="008C685B"/>
    <w:rsid w:val="008D13F9"/>
    <w:rsid w:val="008D2C4C"/>
    <w:rsid w:val="008E5A4B"/>
    <w:rsid w:val="008F094E"/>
    <w:rsid w:val="008F3A40"/>
    <w:rsid w:val="00901CFE"/>
    <w:rsid w:val="00902BBE"/>
    <w:rsid w:val="009132EF"/>
    <w:rsid w:val="00920391"/>
    <w:rsid w:val="00931F9B"/>
    <w:rsid w:val="00943A89"/>
    <w:rsid w:val="00944A14"/>
    <w:rsid w:val="00951762"/>
    <w:rsid w:val="0096413A"/>
    <w:rsid w:val="00984081"/>
    <w:rsid w:val="00985BCB"/>
    <w:rsid w:val="009863E5"/>
    <w:rsid w:val="009A6B67"/>
    <w:rsid w:val="009A6F72"/>
    <w:rsid w:val="009B0BC2"/>
    <w:rsid w:val="009B18AC"/>
    <w:rsid w:val="009B3BF5"/>
    <w:rsid w:val="009D4524"/>
    <w:rsid w:val="009D6279"/>
    <w:rsid w:val="009E0D3C"/>
    <w:rsid w:val="009E7246"/>
    <w:rsid w:val="009F336C"/>
    <w:rsid w:val="00A140ED"/>
    <w:rsid w:val="00A26308"/>
    <w:rsid w:val="00A26839"/>
    <w:rsid w:val="00A379DF"/>
    <w:rsid w:val="00A43322"/>
    <w:rsid w:val="00A436B9"/>
    <w:rsid w:val="00A44F79"/>
    <w:rsid w:val="00A5216A"/>
    <w:rsid w:val="00A755BD"/>
    <w:rsid w:val="00A825A6"/>
    <w:rsid w:val="00A8317B"/>
    <w:rsid w:val="00AA1D8D"/>
    <w:rsid w:val="00AB43EE"/>
    <w:rsid w:val="00AF1882"/>
    <w:rsid w:val="00B10FAB"/>
    <w:rsid w:val="00B148B1"/>
    <w:rsid w:val="00B2502F"/>
    <w:rsid w:val="00B277E8"/>
    <w:rsid w:val="00B47730"/>
    <w:rsid w:val="00B60D0B"/>
    <w:rsid w:val="00B67FDC"/>
    <w:rsid w:val="00B70233"/>
    <w:rsid w:val="00B7219F"/>
    <w:rsid w:val="00B82B89"/>
    <w:rsid w:val="00B85D57"/>
    <w:rsid w:val="00B9733A"/>
    <w:rsid w:val="00B97FC9"/>
    <w:rsid w:val="00BA1576"/>
    <w:rsid w:val="00BA6280"/>
    <w:rsid w:val="00BA6D41"/>
    <w:rsid w:val="00BB74C0"/>
    <w:rsid w:val="00BD73F2"/>
    <w:rsid w:val="00BF2EAA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713EC"/>
    <w:rsid w:val="00C84524"/>
    <w:rsid w:val="00C853D9"/>
    <w:rsid w:val="00C90425"/>
    <w:rsid w:val="00C932DF"/>
    <w:rsid w:val="00C9426E"/>
    <w:rsid w:val="00C95BF0"/>
    <w:rsid w:val="00CB0664"/>
    <w:rsid w:val="00CB3D37"/>
    <w:rsid w:val="00CC0B6A"/>
    <w:rsid w:val="00CC1C23"/>
    <w:rsid w:val="00CE3946"/>
    <w:rsid w:val="00CF2659"/>
    <w:rsid w:val="00D20CA2"/>
    <w:rsid w:val="00D50D3D"/>
    <w:rsid w:val="00D55DFF"/>
    <w:rsid w:val="00D5784E"/>
    <w:rsid w:val="00D60A9A"/>
    <w:rsid w:val="00D73ABD"/>
    <w:rsid w:val="00D968DD"/>
    <w:rsid w:val="00DA0589"/>
    <w:rsid w:val="00DB6496"/>
    <w:rsid w:val="00DC5185"/>
    <w:rsid w:val="00DD76E8"/>
    <w:rsid w:val="00DE07D6"/>
    <w:rsid w:val="00DF34A3"/>
    <w:rsid w:val="00E131D6"/>
    <w:rsid w:val="00E3770E"/>
    <w:rsid w:val="00E37E56"/>
    <w:rsid w:val="00E610F7"/>
    <w:rsid w:val="00E63839"/>
    <w:rsid w:val="00E71E5A"/>
    <w:rsid w:val="00E7362D"/>
    <w:rsid w:val="00E73ECC"/>
    <w:rsid w:val="00E85CC7"/>
    <w:rsid w:val="00EB26F4"/>
    <w:rsid w:val="00EE13C6"/>
    <w:rsid w:val="00EE3278"/>
    <w:rsid w:val="00EE4A83"/>
    <w:rsid w:val="00EF43A6"/>
    <w:rsid w:val="00F04A69"/>
    <w:rsid w:val="00F11608"/>
    <w:rsid w:val="00F25ABC"/>
    <w:rsid w:val="00F33402"/>
    <w:rsid w:val="00F45E4A"/>
    <w:rsid w:val="00F5106D"/>
    <w:rsid w:val="00F6631A"/>
    <w:rsid w:val="00F66C19"/>
    <w:rsid w:val="00F71703"/>
    <w:rsid w:val="00F765F6"/>
    <w:rsid w:val="00F806F5"/>
    <w:rsid w:val="00F82DDE"/>
    <w:rsid w:val="00FA128E"/>
    <w:rsid w:val="00FA65A5"/>
    <w:rsid w:val="00FC693F"/>
    <w:rsid w:val="00FD15D6"/>
    <w:rsid w:val="00FD1A58"/>
    <w:rsid w:val="00FE1408"/>
    <w:rsid w:val="00FE3B3C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2026-09-03T09:31:00Z</dcterms:created>
  <dcterms:modified xsi:type="dcterms:W3CDTF">2026-09-03T09:31:00Z</dcterms:modified>
  <cp:category/>
</cp:coreProperties>
</file>