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D2246F5" w:rsidR="00C360BD" w:rsidRDefault="00C21D16" w:rsidP="00C360BD">
      <w:pPr>
        <w:jc w:val="center"/>
        <w:rPr>
          <w:b/>
          <w:sz w:val="24"/>
        </w:rPr>
      </w:pPr>
      <w:r w:rsidRPr="00C21D16">
        <w:rPr>
          <w:b/>
          <w:sz w:val="24"/>
        </w:rPr>
        <w:t>Zita Izakovičová</w:t>
      </w:r>
      <w:r w:rsidRPr="00C21D1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C21D16">
        <w:rPr>
          <w:b/>
          <w:sz w:val="24"/>
        </w:rPr>
        <w:t>Institute of Landscape Ecology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5141729" w:rsidR="00920391" w:rsidRDefault="00920391" w:rsidP="005406CB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5F43DF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C21D16" w:rsidRPr="00C21D16">
        <w:t>Landscape ecological tools for climate mitigation and adaptation in Slovakia</w:t>
      </w:r>
      <w:r>
        <w:t>”</w:t>
      </w:r>
      <w:r w:rsidR="0048495F">
        <w:t xml:space="preserve"> </w:t>
      </w:r>
    </w:p>
    <w:p w14:paraId="16DB20D1" w14:textId="4CACB62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C21D16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CA9B7" w14:textId="77777777" w:rsidR="0017658F" w:rsidRDefault="0017658F" w:rsidP="006521CC">
      <w:pPr>
        <w:spacing w:after="0" w:line="240" w:lineRule="auto"/>
      </w:pPr>
      <w:r>
        <w:separator/>
      </w:r>
    </w:p>
  </w:endnote>
  <w:endnote w:type="continuationSeparator" w:id="0">
    <w:p w14:paraId="131EAC62" w14:textId="77777777" w:rsidR="0017658F" w:rsidRDefault="0017658F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BE264" w14:textId="77777777" w:rsidR="0017658F" w:rsidRDefault="0017658F" w:rsidP="006521CC">
      <w:pPr>
        <w:spacing w:after="0" w:line="240" w:lineRule="auto"/>
      </w:pPr>
      <w:r>
        <w:separator/>
      </w:r>
    </w:p>
  </w:footnote>
  <w:footnote w:type="continuationSeparator" w:id="0">
    <w:p w14:paraId="04BD2FEF" w14:textId="77777777" w:rsidR="0017658F" w:rsidRDefault="0017658F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7658F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F50F6"/>
    <w:rsid w:val="003F76C2"/>
    <w:rsid w:val="00400246"/>
    <w:rsid w:val="00425C86"/>
    <w:rsid w:val="0048495F"/>
    <w:rsid w:val="004B7CE2"/>
    <w:rsid w:val="004C2362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F43DF"/>
    <w:rsid w:val="00614554"/>
    <w:rsid w:val="006214EA"/>
    <w:rsid w:val="006521CC"/>
    <w:rsid w:val="006A36DE"/>
    <w:rsid w:val="006E0682"/>
    <w:rsid w:val="00726B5C"/>
    <w:rsid w:val="007729D9"/>
    <w:rsid w:val="007C57FD"/>
    <w:rsid w:val="007F3A24"/>
    <w:rsid w:val="007F45AD"/>
    <w:rsid w:val="00886001"/>
    <w:rsid w:val="00886B87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2026-09-02T12:43:00Z</dcterms:created>
  <dcterms:modified xsi:type="dcterms:W3CDTF">2026-09-02T12:43:00Z</dcterms:modified>
  <cp:category/>
</cp:coreProperties>
</file>