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51A5550A" w:rsidR="00C360BD" w:rsidRDefault="00325BF6" w:rsidP="00C360BD">
      <w:pPr>
        <w:jc w:val="center"/>
        <w:rPr>
          <w:b/>
          <w:sz w:val="24"/>
        </w:rPr>
      </w:pPr>
      <w:r w:rsidRPr="00325BF6">
        <w:rPr>
          <w:b/>
          <w:sz w:val="24"/>
        </w:rPr>
        <w:t xml:space="preserve">Zdeněk </w:t>
      </w:r>
      <w:proofErr w:type="spellStart"/>
      <w:r w:rsidRPr="00325BF6">
        <w:rPr>
          <w:b/>
          <w:sz w:val="24"/>
        </w:rPr>
        <w:t>Opršal</w:t>
      </w:r>
      <w:proofErr w:type="spellEnd"/>
      <w:r w:rsidRPr="00325BF6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325BF6">
        <w:rPr>
          <w:b/>
          <w:sz w:val="24"/>
        </w:rPr>
        <w:t>Palacký University Olomouc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7321E1C3" w:rsidR="00920391" w:rsidRDefault="00920391" w:rsidP="00680015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A8317B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325BF6" w:rsidRPr="00325BF6">
        <w:t>Neither North nor South: The Global East and the uneven geographies of knowledge production in Development Studies</w:t>
      </w:r>
      <w:r>
        <w:t>”</w:t>
      </w:r>
      <w:r w:rsidR="0048495F">
        <w:t xml:space="preserve"> </w:t>
      </w:r>
    </w:p>
    <w:p w14:paraId="16DB20D1" w14:textId="1EA70870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325BF6">
        <w:t>220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5E955" w14:textId="77777777" w:rsidR="004912B9" w:rsidRDefault="004912B9" w:rsidP="006521CC">
      <w:pPr>
        <w:spacing w:after="0" w:line="240" w:lineRule="auto"/>
      </w:pPr>
      <w:r>
        <w:separator/>
      </w:r>
    </w:p>
  </w:endnote>
  <w:endnote w:type="continuationSeparator" w:id="0">
    <w:p w14:paraId="36A88086" w14:textId="77777777" w:rsidR="004912B9" w:rsidRDefault="004912B9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9DE8A" w14:textId="77777777" w:rsidR="004912B9" w:rsidRDefault="004912B9" w:rsidP="006521CC">
      <w:pPr>
        <w:spacing w:after="0" w:line="240" w:lineRule="auto"/>
      </w:pPr>
      <w:r>
        <w:separator/>
      </w:r>
    </w:p>
  </w:footnote>
  <w:footnote w:type="continuationSeparator" w:id="0">
    <w:p w14:paraId="02324460" w14:textId="77777777" w:rsidR="004912B9" w:rsidRDefault="004912B9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37A2F"/>
    <w:rsid w:val="00037A3E"/>
    <w:rsid w:val="0006063C"/>
    <w:rsid w:val="000628E7"/>
    <w:rsid w:val="000809F7"/>
    <w:rsid w:val="0009007E"/>
    <w:rsid w:val="000A7699"/>
    <w:rsid w:val="000C2B74"/>
    <w:rsid w:val="000D682E"/>
    <w:rsid w:val="000E0BA7"/>
    <w:rsid w:val="001033F6"/>
    <w:rsid w:val="0012049E"/>
    <w:rsid w:val="00121D80"/>
    <w:rsid w:val="00130B40"/>
    <w:rsid w:val="001443EF"/>
    <w:rsid w:val="0015074B"/>
    <w:rsid w:val="00151EB7"/>
    <w:rsid w:val="00153406"/>
    <w:rsid w:val="0016720D"/>
    <w:rsid w:val="00181F7B"/>
    <w:rsid w:val="00190BA0"/>
    <w:rsid w:val="001E105D"/>
    <w:rsid w:val="001E1322"/>
    <w:rsid w:val="001E229C"/>
    <w:rsid w:val="001E2352"/>
    <w:rsid w:val="001F6B8C"/>
    <w:rsid w:val="0020118A"/>
    <w:rsid w:val="0020168D"/>
    <w:rsid w:val="00203C34"/>
    <w:rsid w:val="002114AC"/>
    <w:rsid w:val="00247B2F"/>
    <w:rsid w:val="00250838"/>
    <w:rsid w:val="0029639D"/>
    <w:rsid w:val="002A44B9"/>
    <w:rsid w:val="002B0023"/>
    <w:rsid w:val="002F361F"/>
    <w:rsid w:val="003147CF"/>
    <w:rsid w:val="003202CB"/>
    <w:rsid w:val="00325BF6"/>
    <w:rsid w:val="00326F90"/>
    <w:rsid w:val="00347F2A"/>
    <w:rsid w:val="003542D6"/>
    <w:rsid w:val="00354AD2"/>
    <w:rsid w:val="003D262F"/>
    <w:rsid w:val="003F50F6"/>
    <w:rsid w:val="003F76C2"/>
    <w:rsid w:val="00400246"/>
    <w:rsid w:val="004124AD"/>
    <w:rsid w:val="0041783B"/>
    <w:rsid w:val="00425C86"/>
    <w:rsid w:val="00452B42"/>
    <w:rsid w:val="0045534B"/>
    <w:rsid w:val="0048495F"/>
    <w:rsid w:val="004912B9"/>
    <w:rsid w:val="004B7CE2"/>
    <w:rsid w:val="004C2362"/>
    <w:rsid w:val="004C563B"/>
    <w:rsid w:val="004D44EB"/>
    <w:rsid w:val="004E23FF"/>
    <w:rsid w:val="004F738E"/>
    <w:rsid w:val="00503E25"/>
    <w:rsid w:val="00504028"/>
    <w:rsid w:val="005058AF"/>
    <w:rsid w:val="005216FA"/>
    <w:rsid w:val="005364D7"/>
    <w:rsid w:val="005406CB"/>
    <w:rsid w:val="0054106E"/>
    <w:rsid w:val="00550CB0"/>
    <w:rsid w:val="00582199"/>
    <w:rsid w:val="00591F7E"/>
    <w:rsid w:val="005C17F4"/>
    <w:rsid w:val="005C775C"/>
    <w:rsid w:val="005E0367"/>
    <w:rsid w:val="005F1DFE"/>
    <w:rsid w:val="005F43DF"/>
    <w:rsid w:val="00607114"/>
    <w:rsid w:val="00614554"/>
    <w:rsid w:val="006160A0"/>
    <w:rsid w:val="006214EA"/>
    <w:rsid w:val="006521CC"/>
    <w:rsid w:val="00663F88"/>
    <w:rsid w:val="006715B2"/>
    <w:rsid w:val="00680015"/>
    <w:rsid w:val="006A0249"/>
    <w:rsid w:val="006A36DE"/>
    <w:rsid w:val="006A3DF2"/>
    <w:rsid w:val="006B1A1C"/>
    <w:rsid w:val="006B48F4"/>
    <w:rsid w:val="006E0682"/>
    <w:rsid w:val="0070220F"/>
    <w:rsid w:val="00726B5C"/>
    <w:rsid w:val="007274B7"/>
    <w:rsid w:val="00736BFD"/>
    <w:rsid w:val="007729D9"/>
    <w:rsid w:val="007C57FD"/>
    <w:rsid w:val="007F250E"/>
    <w:rsid w:val="007F3A24"/>
    <w:rsid w:val="007F45AD"/>
    <w:rsid w:val="0084189D"/>
    <w:rsid w:val="0085407C"/>
    <w:rsid w:val="00886001"/>
    <w:rsid w:val="00886B87"/>
    <w:rsid w:val="008C46AA"/>
    <w:rsid w:val="008C5BD5"/>
    <w:rsid w:val="008C685B"/>
    <w:rsid w:val="008F3A40"/>
    <w:rsid w:val="00901CFE"/>
    <w:rsid w:val="00902BBE"/>
    <w:rsid w:val="00920391"/>
    <w:rsid w:val="0096413A"/>
    <w:rsid w:val="009863E5"/>
    <w:rsid w:val="009A6B67"/>
    <w:rsid w:val="009A6F72"/>
    <w:rsid w:val="009B0BC2"/>
    <w:rsid w:val="009B18AC"/>
    <w:rsid w:val="009B3BF5"/>
    <w:rsid w:val="009D4524"/>
    <w:rsid w:val="009D6279"/>
    <w:rsid w:val="00A140ED"/>
    <w:rsid w:val="00A379DF"/>
    <w:rsid w:val="00A44F79"/>
    <w:rsid w:val="00A5216A"/>
    <w:rsid w:val="00A825A6"/>
    <w:rsid w:val="00A8317B"/>
    <w:rsid w:val="00AA1D8D"/>
    <w:rsid w:val="00AB43EE"/>
    <w:rsid w:val="00AF1882"/>
    <w:rsid w:val="00B10FAB"/>
    <w:rsid w:val="00B2502F"/>
    <w:rsid w:val="00B277E8"/>
    <w:rsid w:val="00B47730"/>
    <w:rsid w:val="00B60D0B"/>
    <w:rsid w:val="00B67FDC"/>
    <w:rsid w:val="00B70233"/>
    <w:rsid w:val="00B7219F"/>
    <w:rsid w:val="00B85D57"/>
    <w:rsid w:val="00B9733A"/>
    <w:rsid w:val="00B97FC9"/>
    <w:rsid w:val="00BA1576"/>
    <w:rsid w:val="00BB74C0"/>
    <w:rsid w:val="00BF77C4"/>
    <w:rsid w:val="00C132CD"/>
    <w:rsid w:val="00C13585"/>
    <w:rsid w:val="00C21D16"/>
    <w:rsid w:val="00C22695"/>
    <w:rsid w:val="00C360BD"/>
    <w:rsid w:val="00C46C4C"/>
    <w:rsid w:val="00C56B91"/>
    <w:rsid w:val="00C57B6B"/>
    <w:rsid w:val="00C853D9"/>
    <w:rsid w:val="00C90425"/>
    <w:rsid w:val="00C932DF"/>
    <w:rsid w:val="00C9426E"/>
    <w:rsid w:val="00C95BF0"/>
    <w:rsid w:val="00CB0664"/>
    <w:rsid w:val="00CC0B6A"/>
    <w:rsid w:val="00CC1C23"/>
    <w:rsid w:val="00D20CA2"/>
    <w:rsid w:val="00D55DFF"/>
    <w:rsid w:val="00D5784E"/>
    <w:rsid w:val="00D73ABD"/>
    <w:rsid w:val="00D968DD"/>
    <w:rsid w:val="00DA0589"/>
    <w:rsid w:val="00DC5185"/>
    <w:rsid w:val="00DD76E8"/>
    <w:rsid w:val="00DE07D6"/>
    <w:rsid w:val="00DF34A3"/>
    <w:rsid w:val="00E131D6"/>
    <w:rsid w:val="00E37E56"/>
    <w:rsid w:val="00E610F7"/>
    <w:rsid w:val="00E63839"/>
    <w:rsid w:val="00E71E5A"/>
    <w:rsid w:val="00E7362D"/>
    <w:rsid w:val="00EB26F4"/>
    <w:rsid w:val="00EE13C6"/>
    <w:rsid w:val="00EE3278"/>
    <w:rsid w:val="00EF43A6"/>
    <w:rsid w:val="00F04A69"/>
    <w:rsid w:val="00F25ABC"/>
    <w:rsid w:val="00F5106D"/>
    <w:rsid w:val="00F6631A"/>
    <w:rsid w:val="00F66C19"/>
    <w:rsid w:val="00F82DDE"/>
    <w:rsid w:val="00FA128E"/>
    <w:rsid w:val="00FC693F"/>
    <w:rsid w:val="00FD1A58"/>
    <w:rsid w:val="00FF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2026-09-03T07:55:00Z</dcterms:created>
  <dcterms:modified xsi:type="dcterms:W3CDTF">2026-09-03T07:55:00Z</dcterms:modified>
  <cp:category/>
</cp:coreProperties>
</file>