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0B8A48DE" w:rsidR="00C360BD" w:rsidRDefault="0041783B" w:rsidP="00C360BD">
      <w:pPr>
        <w:jc w:val="center"/>
        <w:rPr>
          <w:b/>
          <w:sz w:val="24"/>
        </w:rPr>
      </w:pPr>
      <w:r w:rsidRPr="0041783B">
        <w:rPr>
          <w:b/>
          <w:sz w:val="24"/>
        </w:rPr>
        <w:t>Wojciech Jurkowski</w:t>
      </w:r>
      <w:r w:rsidRPr="0041783B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41783B">
        <w:rPr>
          <w:b/>
          <w:sz w:val="24"/>
        </w:rPr>
        <w:t xml:space="preserve">University of </w:t>
      </w:r>
      <w:proofErr w:type="spellStart"/>
      <w:r w:rsidRPr="0041783B">
        <w:rPr>
          <w:b/>
          <w:sz w:val="24"/>
        </w:rPr>
        <w:t>Wrocław</w:t>
      </w:r>
      <w:proofErr w:type="spellEnd"/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5B2C2079" w:rsidR="00920391" w:rsidRDefault="00920391" w:rsidP="003D262F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5F43DF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41783B" w:rsidRPr="0041783B">
        <w:t>Socio-Psychological Barriers to Sustainable Transport: Insights from Poland</w:t>
      </w:r>
      <w:r>
        <w:t>”</w:t>
      </w:r>
      <w:r w:rsidR="0048495F">
        <w:t xml:space="preserve"> </w:t>
      </w:r>
    </w:p>
    <w:p w14:paraId="16DB20D1" w14:textId="15C6EFB2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41783B">
        <w:t>250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AB3AD2" w14:textId="77777777" w:rsidR="002D65AC" w:rsidRDefault="002D65AC" w:rsidP="006521CC">
      <w:pPr>
        <w:spacing w:after="0" w:line="240" w:lineRule="auto"/>
      </w:pPr>
      <w:r>
        <w:separator/>
      </w:r>
    </w:p>
  </w:endnote>
  <w:endnote w:type="continuationSeparator" w:id="0">
    <w:p w14:paraId="5F9C7500" w14:textId="77777777" w:rsidR="002D65AC" w:rsidRDefault="002D65AC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9AEE9C" w14:textId="77777777" w:rsidR="002D65AC" w:rsidRDefault="002D65AC" w:rsidP="006521CC">
      <w:pPr>
        <w:spacing w:after="0" w:line="240" w:lineRule="auto"/>
      </w:pPr>
      <w:r>
        <w:separator/>
      </w:r>
    </w:p>
  </w:footnote>
  <w:footnote w:type="continuationSeparator" w:id="0">
    <w:p w14:paraId="3C82804A" w14:textId="77777777" w:rsidR="002D65AC" w:rsidRDefault="002D65AC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27046"/>
    <w:rsid w:val="00034616"/>
    <w:rsid w:val="0006063C"/>
    <w:rsid w:val="000809F7"/>
    <w:rsid w:val="000A7699"/>
    <w:rsid w:val="000E0BA7"/>
    <w:rsid w:val="00121D80"/>
    <w:rsid w:val="001443EF"/>
    <w:rsid w:val="0015074B"/>
    <w:rsid w:val="00151EB7"/>
    <w:rsid w:val="00181F7B"/>
    <w:rsid w:val="00190BA0"/>
    <w:rsid w:val="001E1322"/>
    <w:rsid w:val="001E229C"/>
    <w:rsid w:val="001E2352"/>
    <w:rsid w:val="0020118A"/>
    <w:rsid w:val="0020168D"/>
    <w:rsid w:val="00203C34"/>
    <w:rsid w:val="00247B2F"/>
    <w:rsid w:val="0029639D"/>
    <w:rsid w:val="002B0023"/>
    <w:rsid w:val="002D65AC"/>
    <w:rsid w:val="002F361F"/>
    <w:rsid w:val="00326F90"/>
    <w:rsid w:val="003D262F"/>
    <w:rsid w:val="003F50F6"/>
    <w:rsid w:val="003F76C2"/>
    <w:rsid w:val="00400246"/>
    <w:rsid w:val="0041783B"/>
    <w:rsid w:val="00425C86"/>
    <w:rsid w:val="0048495F"/>
    <w:rsid w:val="004B7CE2"/>
    <w:rsid w:val="004C2362"/>
    <w:rsid w:val="004D44EB"/>
    <w:rsid w:val="004F738E"/>
    <w:rsid w:val="00503E25"/>
    <w:rsid w:val="005216FA"/>
    <w:rsid w:val="005406CB"/>
    <w:rsid w:val="0054106E"/>
    <w:rsid w:val="00550CB0"/>
    <w:rsid w:val="00582199"/>
    <w:rsid w:val="00591F7E"/>
    <w:rsid w:val="005C17F4"/>
    <w:rsid w:val="005F43DF"/>
    <w:rsid w:val="00614554"/>
    <w:rsid w:val="006214EA"/>
    <w:rsid w:val="006521CC"/>
    <w:rsid w:val="006A0249"/>
    <w:rsid w:val="006A36DE"/>
    <w:rsid w:val="006E0682"/>
    <w:rsid w:val="00726B5C"/>
    <w:rsid w:val="007729D9"/>
    <w:rsid w:val="007C57FD"/>
    <w:rsid w:val="007F3A24"/>
    <w:rsid w:val="007F45AD"/>
    <w:rsid w:val="0085407C"/>
    <w:rsid w:val="00886001"/>
    <w:rsid w:val="00886B87"/>
    <w:rsid w:val="008C46AA"/>
    <w:rsid w:val="008C685B"/>
    <w:rsid w:val="008F3A40"/>
    <w:rsid w:val="00920391"/>
    <w:rsid w:val="009863E5"/>
    <w:rsid w:val="009A6F72"/>
    <w:rsid w:val="009B0BC2"/>
    <w:rsid w:val="009B18AC"/>
    <w:rsid w:val="009D6279"/>
    <w:rsid w:val="00A140ED"/>
    <w:rsid w:val="00A379DF"/>
    <w:rsid w:val="00A5216A"/>
    <w:rsid w:val="00AA1D8D"/>
    <w:rsid w:val="00AB43EE"/>
    <w:rsid w:val="00AF1882"/>
    <w:rsid w:val="00B10FAB"/>
    <w:rsid w:val="00B47730"/>
    <w:rsid w:val="00B67FDC"/>
    <w:rsid w:val="00B70233"/>
    <w:rsid w:val="00B9733A"/>
    <w:rsid w:val="00B97FC9"/>
    <w:rsid w:val="00BB74C0"/>
    <w:rsid w:val="00BF77C4"/>
    <w:rsid w:val="00C132CD"/>
    <w:rsid w:val="00C13585"/>
    <w:rsid w:val="00C21D16"/>
    <w:rsid w:val="00C360BD"/>
    <w:rsid w:val="00C46C4C"/>
    <w:rsid w:val="00C56B91"/>
    <w:rsid w:val="00C90425"/>
    <w:rsid w:val="00C932DF"/>
    <w:rsid w:val="00C95BF0"/>
    <w:rsid w:val="00CB0664"/>
    <w:rsid w:val="00CC0B6A"/>
    <w:rsid w:val="00CC1C23"/>
    <w:rsid w:val="00D55DFF"/>
    <w:rsid w:val="00D5784E"/>
    <w:rsid w:val="00DC5185"/>
    <w:rsid w:val="00DD76E8"/>
    <w:rsid w:val="00DE07D6"/>
    <w:rsid w:val="00DF34A3"/>
    <w:rsid w:val="00E131D6"/>
    <w:rsid w:val="00E610F7"/>
    <w:rsid w:val="00E7362D"/>
    <w:rsid w:val="00EB26F4"/>
    <w:rsid w:val="00EE13C6"/>
    <w:rsid w:val="00EE3278"/>
    <w:rsid w:val="00EF43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2026-09-02T12:51:00Z</dcterms:created>
  <dcterms:modified xsi:type="dcterms:W3CDTF">2026-09-02T12:51:00Z</dcterms:modified>
  <cp:category/>
</cp:coreProperties>
</file>