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89DB747" w:rsidR="00C360BD" w:rsidRDefault="00931F9B" w:rsidP="00C360BD">
      <w:pPr>
        <w:jc w:val="center"/>
        <w:rPr>
          <w:b/>
          <w:sz w:val="24"/>
        </w:rPr>
      </w:pPr>
      <w:r w:rsidRPr="00931F9B">
        <w:rPr>
          <w:b/>
          <w:sz w:val="24"/>
        </w:rPr>
        <w:t>Vladimír Solár</w:t>
      </w:r>
      <w:r w:rsidRPr="00931F9B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931F9B">
        <w:rPr>
          <w:b/>
          <w:sz w:val="24"/>
        </w:rPr>
        <w:t xml:space="preserve">University of </w:t>
      </w:r>
      <w:proofErr w:type="spellStart"/>
      <w:r w:rsidRPr="00931F9B">
        <w:rPr>
          <w:b/>
          <w:sz w:val="24"/>
        </w:rPr>
        <w:t>Prešov</w:t>
      </w:r>
      <w:proofErr w:type="spellEnd"/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C187337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0A198A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931F9B" w:rsidRPr="00931F9B">
        <w:t>Assessment of Rurality Based on Qualitative Characteristics</w:t>
      </w:r>
      <w:r>
        <w:t>”</w:t>
      </w:r>
      <w:r w:rsidR="0048495F">
        <w:t xml:space="preserve"> </w:t>
      </w:r>
    </w:p>
    <w:p w14:paraId="16DB20D1" w14:textId="6C512BA4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627AC1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7927D" w14:textId="77777777" w:rsidR="00077453" w:rsidRDefault="00077453" w:rsidP="006521CC">
      <w:pPr>
        <w:spacing w:after="0" w:line="240" w:lineRule="auto"/>
      </w:pPr>
      <w:r>
        <w:separator/>
      </w:r>
    </w:p>
  </w:endnote>
  <w:endnote w:type="continuationSeparator" w:id="0">
    <w:p w14:paraId="6B8DFD4E" w14:textId="77777777" w:rsidR="00077453" w:rsidRDefault="00077453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C32A3" w14:textId="77777777" w:rsidR="00077453" w:rsidRDefault="00077453" w:rsidP="006521CC">
      <w:pPr>
        <w:spacing w:after="0" w:line="240" w:lineRule="auto"/>
      </w:pPr>
      <w:r>
        <w:separator/>
      </w:r>
    </w:p>
  </w:footnote>
  <w:footnote w:type="continuationSeparator" w:id="0">
    <w:p w14:paraId="712A8A0C" w14:textId="77777777" w:rsidR="00077453" w:rsidRDefault="00077453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77453"/>
    <w:rsid w:val="000809F7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54F95"/>
    <w:rsid w:val="007729D9"/>
    <w:rsid w:val="007C57FD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3A40"/>
    <w:rsid w:val="00901CFE"/>
    <w:rsid w:val="00902BBE"/>
    <w:rsid w:val="00920391"/>
    <w:rsid w:val="00931F9B"/>
    <w:rsid w:val="00943A89"/>
    <w:rsid w:val="00944A14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B74C0"/>
    <w:rsid w:val="00BD73F2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2026-09-03T08:42:00Z</dcterms:created>
  <dcterms:modified xsi:type="dcterms:W3CDTF">2026-09-03T08:42:00Z</dcterms:modified>
  <cp:category/>
</cp:coreProperties>
</file>