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F1E5E5F" w:rsidR="00C360BD" w:rsidRDefault="00550CDD" w:rsidP="00C360BD">
      <w:pPr>
        <w:jc w:val="center"/>
        <w:rPr>
          <w:b/>
          <w:sz w:val="24"/>
        </w:rPr>
      </w:pPr>
      <w:r w:rsidRPr="00550CDD">
        <w:rPr>
          <w:b/>
          <w:sz w:val="24"/>
        </w:rPr>
        <w:t>Vladimír Šagát</w:t>
      </w:r>
      <w:r w:rsidRPr="00550CD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50CDD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0EA01E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50CDD" w:rsidRPr="00550CDD">
        <w:t>Temporal variability of forest stand factors influencing bark beetle infestation</w:t>
      </w:r>
      <w:r w:rsidR="00550CDD">
        <w:br/>
      </w:r>
      <w:r w:rsidR="00550CDD" w:rsidRPr="00550CDD">
        <w:t xml:space="preserve">in </w:t>
      </w:r>
      <w:proofErr w:type="spellStart"/>
      <w:r w:rsidR="00550CDD" w:rsidRPr="00550CDD">
        <w:t>Veľká</w:t>
      </w:r>
      <w:proofErr w:type="spellEnd"/>
      <w:r w:rsidR="00550CDD" w:rsidRPr="00550CDD">
        <w:t xml:space="preserve"> </w:t>
      </w:r>
      <w:proofErr w:type="spellStart"/>
      <w:r w:rsidR="00550CDD" w:rsidRPr="00550CDD">
        <w:t>Fatra</w:t>
      </w:r>
      <w:proofErr w:type="spellEnd"/>
      <w:r w:rsidR="00550CDD" w:rsidRPr="00550CDD">
        <w:t xml:space="preserve"> National Park, Slovakia</w:t>
      </w:r>
      <w:r>
        <w:t>”</w:t>
      </w:r>
      <w:r w:rsidR="0048495F">
        <w:t xml:space="preserve"> </w:t>
      </w:r>
    </w:p>
    <w:p w14:paraId="16DB20D1" w14:textId="21CCC42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50CDD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73742" w14:textId="77777777" w:rsidR="00DD16EB" w:rsidRDefault="00DD16EB" w:rsidP="006521CC">
      <w:pPr>
        <w:spacing w:after="0" w:line="240" w:lineRule="auto"/>
      </w:pPr>
      <w:r>
        <w:separator/>
      </w:r>
    </w:p>
  </w:endnote>
  <w:endnote w:type="continuationSeparator" w:id="0">
    <w:p w14:paraId="1662B84B" w14:textId="77777777" w:rsidR="00DD16EB" w:rsidRDefault="00DD16E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D821" w14:textId="77777777" w:rsidR="00DD16EB" w:rsidRDefault="00DD16EB" w:rsidP="006521CC">
      <w:pPr>
        <w:spacing w:after="0" w:line="240" w:lineRule="auto"/>
      </w:pPr>
      <w:r>
        <w:separator/>
      </w:r>
    </w:p>
  </w:footnote>
  <w:footnote w:type="continuationSeparator" w:id="0">
    <w:p w14:paraId="12F96200" w14:textId="77777777" w:rsidR="00DD16EB" w:rsidRDefault="00DD16E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16EB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2026-09-03T09:06:00Z</dcterms:created>
  <dcterms:modified xsi:type="dcterms:W3CDTF">2026-09-03T09:06:00Z</dcterms:modified>
  <cp:category/>
</cp:coreProperties>
</file>