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D3A41B8" w:rsidR="00C360BD" w:rsidRDefault="00AB43EE" w:rsidP="00C360BD">
      <w:pPr>
        <w:jc w:val="center"/>
        <w:rPr>
          <w:b/>
          <w:sz w:val="24"/>
        </w:rPr>
      </w:pPr>
      <w:r>
        <w:rPr>
          <w:b/>
          <w:sz w:val="24"/>
        </w:rPr>
        <w:t>Vladimír Čech</w:t>
      </w:r>
      <w:r w:rsidR="007F3A24" w:rsidRPr="007F3A24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 xml:space="preserve">University of </w:t>
      </w:r>
      <w:proofErr w:type="spellStart"/>
      <w:r>
        <w:rPr>
          <w:b/>
          <w:sz w:val="24"/>
        </w:rPr>
        <w:t>Prešov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6DE0A94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E3278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EE3278" w:rsidRPr="00EE3278">
        <w:t>Hunting tourism in Slovakia as a significant form of tourism development</w:t>
      </w:r>
      <w:r>
        <w:t>”</w:t>
      </w:r>
    </w:p>
    <w:p w14:paraId="16DB20D1" w14:textId="4B41B3C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AB43EE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99102" w14:textId="77777777" w:rsidR="00717C84" w:rsidRDefault="00717C84" w:rsidP="006521CC">
      <w:pPr>
        <w:spacing w:after="0" w:line="240" w:lineRule="auto"/>
      </w:pPr>
      <w:r>
        <w:separator/>
      </w:r>
    </w:p>
  </w:endnote>
  <w:endnote w:type="continuationSeparator" w:id="0">
    <w:p w14:paraId="536E8F6D" w14:textId="77777777" w:rsidR="00717C84" w:rsidRDefault="00717C8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EC60D" w14:textId="77777777" w:rsidR="00717C84" w:rsidRDefault="00717C84" w:rsidP="006521CC">
      <w:pPr>
        <w:spacing w:after="0" w:line="240" w:lineRule="auto"/>
      </w:pPr>
      <w:r>
        <w:separator/>
      </w:r>
    </w:p>
  </w:footnote>
  <w:footnote w:type="continuationSeparator" w:id="0">
    <w:p w14:paraId="0D0781D1" w14:textId="77777777" w:rsidR="00717C84" w:rsidRDefault="00717C8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F361F"/>
    <w:rsid w:val="00326F90"/>
    <w:rsid w:val="003F76C2"/>
    <w:rsid w:val="004F738E"/>
    <w:rsid w:val="0054106E"/>
    <w:rsid w:val="00550CB0"/>
    <w:rsid w:val="00614554"/>
    <w:rsid w:val="006214EA"/>
    <w:rsid w:val="006521CC"/>
    <w:rsid w:val="006A36DE"/>
    <w:rsid w:val="006E0682"/>
    <w:rsid w:val="00717C84"/>
    <w:rsid w:val="007F3A24"/>
    <w:rsid w:val="007F45AD"/>
    <w:rsid w:val="00886001"/>
    <w:rsid w:val="008C46AA"/>
    <w:rsid w:val="00920391"/>
    <w:rsid w:val="009A6F72"/>
    <w:rsid w:val="009B0BC2"/>
    <w:rsid w:val="009B18AC"/>
    <w:rsid w:val="00A140ED"/>
    <w:rsid w:val="00A5216A"/>
    <w:rsid w:val="00AA1D8D"/>
    <w:rsid w:val="00AB43EE"/>
    <w:rsid w:val="00B47730"/>
    <w:rsid w:val="00B97FC9"/>
    <w:rsid w:val="00C132CD"/>
    <w:rsid w:val="00C360BD"/>
    <w:rsid w:val="00C56B91"/>
    <w:rsid w:val="00C90425"/>
    <w:rsid w:val="00CB0664"/>
    <w:rsid w:val="00D5784E"/>
    <w:rsid w:val="00DC5185"/>
    <w:rsid w:val="00DD76E8"/>
    <w:rsid w:val="00DF34A3"/>
    <w:rsid w:val="00E131D6"/>
    <w:rsid w:val="00E610F7"/>
    <w:rsid w:val="00EB26F4"/>
    <w:rsid w:val="00EE32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2026-09-02T11:50:00Z</dcterms:created>
  <dcterms:modified xsi:type="dcterms:W3CDTF">2026-09-02T11:50:00Z</dcterms:modified>
  <cp:category/>
</cp:coreProperties>
</file>