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80E8717" w:rsidR="00C360BD" w:rsidRDefault="004E23FF" w:rsidP="00C360BD">
      <w:pPr>
        <w:jc w:val="center"/>
        <w:rPr>
          <w:b/>
          <w:sz w:val="24"/>
        </w:rPr>
      </w:pPr>
      <w:r w:rsidRPr="004E23FF">
        <w:rPr>
          <w:b/>
          <w:sz w:val="24"/>
        </w:rPr>
        <w:t>Vincenc Kopeček</w:t>
      </w:r>
      <w:r w:rsidRPr="004E23F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4E23FF">
        <w:rPr>
          <w:b/>
          <w:sz w:val="24"/>
        </w:rPr>
        <w:t>University of Ostrava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71649FD" w:rsidR="00920391" w:rsidRDefault="00920391" w:rsidP="004E23F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4E23FF">
        <w:t>Transnational Narrative Intermediaries: Russian Geopolitical</w:t>
      </w:r>
      <w:r w:rsidR="004E23FF">
        <w:t xml:space="preserve"> </w:t>
      </w:r>
      <w:r w:rsidR="004E23FF">
        <w:br/>
      </w:r>
      <w:r w:rsidR="004E23FF">
        <w:t>Narratives and Foreign Interference</w:t>
      </w:r>
      <w:r>
        <w:t>”</w:t>
      </w:r>
      <w:r w:rsidR="0048495F">
        <w:t xml:space="preserve"> </w:t>
      </w:r>
    </w:p>
    <w:p w14:paraId="16DB20D1" w14:textId="227D50D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25ABC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4E8BF" w14:textId="77777777" w:rsidR="00240F7A" w:rsidRDefault="00240F7A" w:rsidP="006521CC">
      <w:pPr>
        <w:spacing w:after="0" w:line="240" w:lineRule="auto"/>
      </w:pPr>
      <w:r>
        <w:separator/>
      </w:r>
    </w:p>
  </w:endnote>
  <w:endnote w:type="continuationSeparator" w:id="0">
    <w:p w14:paraId="702C8D1E" w14:textId="77777777" w:rsidR="00240F7A" w:rsidRDefault="00240F7A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D7752" w14:textId="77777777" w:rsidR="00240F7A" w:rsidRDefault="00240F7A" w:rsidP="006521CC">
      <w:pPr>
        <w:spacing w:after="0" w:line="240" w:lineRule="auto"/>
      </w:pPr>
      <w:r>
        <w:separator/>
      </w:r>
    </w:p>
  </w:footnote>
  <w:footnote w:type="continuationSeparator" w:id="0">
    <w:p w14:paraId="50021E93" w14:textId="77777777" w:rsidR="00240F7A" w:rsidRDefault="00240F7A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0F7A"/>
    <w:rsid w:val="00247B2F"/>
    <w:rsid w:val="0029639D"/>
    <w:rsid w:val="002B0023"/>
    <w:rsid w:val="002F361F"/>
    <w:rsid w:val="00326F90"/>
    <w:rsid w:val="00347F2A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25ABC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2026-09-02T13:02:00Z</dcterms:created>
  <dcterms:modified xsi:type="dcterms:W3CDTF">2026-09-02T13:02:00Z</dcterms:modified>
  <cp:category/>
</cp:coreProperties>
</file>