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78C9A878" w:rsidR="00C360BD" w:rsidRDefault="001F6B8C" w:rsidP="00C360BD">
      <w:pPr>
        <w:jc w:val="center"/>
        <w:rPr>
          <w:b/>
          <w:sz w:val="24"/>
        </w:rPr>
      </w:pPr>
      <w:r w:rsidRPr="001F6B8C">
        <w:rPr>
          <w:b/>
          <w:sz w:val="24"/>
        </w:rPr>
        <w:t xml:space="preserve">Veronika </w:t>
      </w:r>
      <w:proofErr w:type="spellStart"/>
      <w:r w:rsidRPr="001F6B8C">
        <w:rPr>
          <w:b/>
          <w:sz w:val="24"/>
        </w:rPr>
        <w:t>Kotašková</w:t>
      </w:r>
      <w:proofErr w:type="spellEnd"/>
      <w:r w:rsidRPr="001F6B8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1F6B8C">
        <w:rPr>
          <w:b/>
          <w:sz w:val="24"/>
        </w:rPr>
        <w:t>Masaryk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61680DD8" w:rsidR="00920391" w:rsidRDefault="00920391" w:rsidP="00F04A69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452B42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1F6B8C" w:rsidRPr="001F6B8C">
        <w:t>“My Dad Says It's a Hoax”: Exploring Pre-Service Geography Teachers' Pedagogical Content Knowledge and Emotional Readiness in Climate Change Education</w:t>
      </w:r>
      <w:r>
        <w:t>”</w:t>
      </w:r>
      <w:r w:rsidR="0048495F">
        <w:t xml:space="preserve"> </w:t>
      </w:r>
    </w:p>
    <w:p w14:paraId="16DB20D1" w14:textId="1CF17F42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1F6B8C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57FCD5" w14:textId="77777777" w:rsidR="00230D09" w:rsidRDefault="00230D09" w:rsidP="006521CC">
      <w:pPr>
        <w:spacing w:after="0" w:line="240" w:lineRule="auto"/>
      </w:pPr>
      <w:r>
        <w:separator/>
      </w:r>
    </w:p>
  </w:endnote>
  <w:endnote w:type="continuationSeparator" w:id="0">
    <w:p w14:paraId="3402E22F" w14:textId="77777777" w:rsidR="00230D09" w:rsidRDefault="00230D09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6B9A1" w14:textId="77777777" w:rsidR="00230D09" w:rsidRDefault="00230D09" w:rsidP="006521CC">
      <w:pPr>
        <w:spacing w:after="0" w:line="240" w:lineRule="auto"/>
      </w:pPr>
      <w:r>
        <w:separator/>
      </w:r>
    </w:p>
  </w:footnote>
  <w:footnote w:type="continuationSeparator" w:id="0">
    <w:p w14:paraId="6CC64114" w14:textId="77777777" w:rsidR="00230D09" w:rsidRDefault="00230D09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00486"/>
    <w:rsid w:val="00027046"/>
    <w:rsid w:val="00034616"/>
    <w:rsid w:val="0006063C"/>
    <w:rsid w:val="000809F7"/>
    <w:rsid w:val="000A7699"/>
    <w:rsid w:val="000E0BA7"/>
    <w:rsid w:val="001033F6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1F6B8C"/>
    <w:rsid w:val="0020118A"/>
    <w:rsid w:val="0020168D"/>
    <w:rsid w:val="00203C34"/>
    <w:rsid w:val="00230D09"/>
    <w:rsid w:val="00247B2F"/>
    <w:rsid w:val="0029639D"/>
    <w:rsid w:val="002B0023"/>
    <w:rsid w:val="002F361F"/>
    <w:rsid w:val="00326F90"/>
    <w:rsid w:val="00347F2A"/>
    <w:rsid w:val="003D262F"/>
    <w:rsid w:val="003F50F6"/>
    <w:rsid w:val="003F76C2"/>
    <w:rsid w:val="00400246"/>
    <w:rsid w:val="0041783B"/>
    <w:rsid w:val="00425C86"/>
    <w:rsid w:val="00452B42"/>
    <w:rsid w:val="0048495F"/>
    <w:rsid w:val="004B7CE2"/>
    <w:rsid w:val="004C2362"/>
    <w:rsid w:val="004D44EB"/>
    <w:rsid w:val="004E23FF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C775C"/>
    <w:rsid w:val="005F43DF"/>
    <w:rsid w:val="00607114"/>
    <w:rsid w:val="00614554"/>
    <w:rsid w:val="006214EA"/>
    <w:rsid w:val="006521CC"/>
    <w:rsid w:val="006715B2"/>
    <w:rsid w:val="006A0249"/>
    <w:rsid w:val="006A36DE"/>
    <w:rsid w:val="006E0682"/>
    <w:rsid w:val="0070220F"/>
    <w:rsid w:val="00726B5C"/>
    <w:rsid w:val="00736BFD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B67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F77C4"/>
    <w:rsid w:val="00C132CD"/>
    <w:rsid w:val="00C13585"/>
    <w:rsid w:val="00C21D16"/>
    <w:rsid w:val="00C360BD"/>
    <w:rsid w:val="00C46C4C"/>
    <w:rsid w:val="00C56B91"/>
    <w:rsid w:val="00C57B6B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E07D6"/>
    <w:rsid w:val="00DF34A3"/>
    <w:rsid w:val="00E131D6"/>
    <w:rsid w:val="00E610F7"/>
    <w:rsid w:val="00E7362D"/>
    <w:rsid w:val="00EB26F4"/>
    <w:rsid w:val="00EE13C6"/>
    <w:rsid w:val="00EE3278"/>
    <w:rsid w:val="00EF43A6"/>
    <w:rsid w:val="00F04A69"/>
    <w:rsid w:val="00F25ABC"/>
    <w:rsid w:val="00F82D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2026-09-02T13:07:00Z</dcterms:created>
  <dcterms:modified xsi:type="dcterms:W3CDTF">2026-09-02T13:07:00Z</dcterms:modified>
  <cp:category/>
</cp:coreProperties>
</file>