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8435AC3" w:rsidR="00C360BD" w:rsidRDefault="00C95BF0" w:rsidP="00C360BD">
      <w:pPr>
        <w:jc w:val="center"/>
        <w:rPr>
          <w:b/>
          <w:sz w:val="24"/>
        </w:rPr>
      </w:pPr>
      <w:r w:rsidRPr="00C95BF0">
        <w:rPr>
          <w:b/>
          <w:sz w:val="24"/>
        </w:rPr>
        <w:t>Tomáš Havlíček</w:t>
      </w:r>
      <w:r w:rsidRPr="00C95BF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CC0B6A">
        <w:rPr>
          <w:b/>
          <w:sz w:val="24"/>
        </w:rPr>
        <w:t>Charles</w:t>
      </w:r>
      <w:r w:rsidR="003F50F6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52902A8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13C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95BF0" w:rsidRPr="00C95BF0">
        <w:t xml:space="preserve">Religion and Migrant Integration in a Broader Context: Examples </w:t>
      </w:r>
      <w:r w:rsidR="00C95BF0">
        <w:br/>
      </w:r>
      <w:r w:rsidR="00C95BF0" w:rsidRPr="00C95BF0">
        <w:t>from Ukrainian Migration in Czechia</w:t>
      </w:r>
      <w:r>
        <w:t>”</w:t>
      </w:r>
      <w:r w:rsidR="0048495F">
        <w:t xml:space="preserve"> </w:t>
      </w:r>
    </w:p>
    <w:p w14:paraId="16DB20D1" w14:textId="1528BF7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C0B6A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89A5C" w14:textId="77777777" w:rsidR="00AD5C43" w:rsidRDefault="00AD5C43" w:rsidP="006521CC">
      <w:pPr>
        <w:spacing w:after="0" w:line="240" w:lineRule="auto"/>
      </w:pPr>
      <w:r>
        <w:separator/>
      </w:r>
    </w:p>
  </w:endnote>
  <w:endnote w:type="continuationSeparator" w:id="0">
    <w:p w14:paraId="5754AE28" w14:textId="77777777" w:rsidR="00AD5C43" w:rsidRDefault="00AD5C43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30ED" w14:textId="77777777" w:rsidR="00AD5C43" w:rsidRDefault="00AD5C43" w:rsidP="006521CC">
      <w:pPr>
        <w:spacing w:after="0" w:line="240" w:lineRule="auto"/>
      </w:pPr>
      <w:r>
        <w:separator/>
      </w:r>
    </w:p>
  </w:footnote>
  <w:footnote w:type="continuationSeparator" w:id="0">
    <w:p w14:paraId="18515AB1" w14:textId="77777777" w:rsidR="00AD5C43" w:rsidRDefault="00AD5C43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26B5C"/>
    <w:rsid w:val="007729D9"/>
    <w:rsid w:val="007C57FD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D5C43"/>
    <w:rsid w:val="00AF1882"/>
    <w:rsid w:val="00B47730"/>
    <w:rsid w:val="00B67FDC"/>
    <w:rsid w:val="00B70233"/>
    <w:rsid w:val="00B97FC9"/>
    <w:rsid w:val="00BB74C0"/>
    <w:rsid w:val="00C132CD"/>
    <w:rsid w:val="00C13585"/>
    <w:rsid w:val="00C360BD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2026-09-02T12:34:00Z</dcterms:created>
  <dcterms:modified xsi:type="dcterms:W3CDTF">2026-09-02T12:34:00Z</dcterms:modified>
  <cp:category/>
</cp:coreProperties>
</file>