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FD7B8FF" w:rsidR="00C360BD" w:rsidRDefault="005216FA" w:rsidP="00C360BD">
      <w:pPr>
        <w:jc w:val="center"/>
        <w:rPr>
          <w:b/>
          <w:sz w:val="24"/>
        </w:rPr>
      </w:pPr>
      <w:r>
        <w:rPr>
          <w:b/>
          <w:sz w:val="24"/>
        </w:rPr>
        <w:t>Tomáš Fedor</w:t>
      </w:r>
      <w:r w:rsidR="001443EF" w:rsidRPr="001443E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216FA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CCE86C8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90BA0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B7CE2" w:rsidRPr="004B7CE2">
        <w:t xml:space="preserve">From Post-Storm Damage Surveys to Mobile Severe Storm Observations: </w:t>
      </w:r>
      <w:r w:rsidR="004B7CE2">
        <w:br/>
      </w:r>
      <w:r w:rsidR="004B7CE2" w:rsidRPr="004B7CE2">
        <w:t>Developing an Integrated Field Research Platform in Central Europe</w:t>
      </w:r>
      <w:r>
        <w:t>”</w:t>
      </w:r>
      <w:r w:rsidR="0048495F">
        <w:t xml:space="preserve"> </w:t>
      </w:r>
    </w:p>
    <w:p w14:paraId="16DB20D1" w14:textId="422B077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443EF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02FFF" w14:textId="77777777" w:rsidR="006E1159" w:rsidRDefault="006E1159" w:rsidP="006521CC">
      <w:pPr>
        <w:spacing w:after="0" w:line="240" w:lineRule="auto"/>
      </w:pPr>
      <w:r>
        <w:separator/>
      </w:r>
    </w:p>
  </w:endnote>
  <w:endnote w:type="continuationSeparator" w:id="0">
    <w:p w14:paraId="0A5E61D6" w14:textId="77777777" w:rsidR="006E1159" w:rsidRDefault="006E115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C89E0" w14:textId="77777777" w:rsidR="006E1159" w:rsidRDefault="006E1159" w:rsidP="006521CC">
      <w:pPr>
        <w:spacing w:after="0" w:line="240" w:lineRule="auto"/>
      </w:pPr>
      <w:r>
        <w:separator/>
      </w:r>
    </w:p>
  </w:footnote>
  <w:footnote w:type="continuationSeparator" w:id="0">
    <w:p w14:paraId="46CB4CD8" w14:textId="77777777" w:rsidR="006E1159" w:rsidRDefault="006E115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614554"/>
    <w:rsid w:val="006214EA"/>
    <w:rsid w:val="006521CC"/>
    <w:rsid w:val="006A36DE"/>
    <w:rsid w:val="006E0682"/>
    <w:rsid w:val="006E1159"/>
    <w:rsid w:val="007729D9"/>
    <w:rsid w:val="007F3A24"/>
    <w:rsid w:val="007F45AD"/>
    <w:rsid w:val="00886001"/>
    <w:rsid w:val="008C46AA"/>
    <w:rsid w:val="008F3A40"/>
    <w:rsid w:val="00920391"/>
    <w:rsid w:val="009A6F72"/>
    <w:rsid w:val="009B0BC2"/>
    <w:rsid w:val="009B18AC"/>
    <w:rsid w:val="00A140ED"/>
    <w:rsid w:val="00A5216A"/>
    <w:rsid w:val="00AA1D8D"/>
    <w:rsid w:val="00AB43EE"/>
    <w:rsid w:val="00AF1882"/>
    <w:rsid w:val="00B47730"/>
    <w:rsid w:val="00B67FDC"/>
    <w:rsid w:val="00B97FC9"/>
    <w:rsid w:val="00C132CD"/>
    <w:rsid w:val="00C13585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2026-09-02T12:09:00Z</dcterms:created>
  <dcterms:modified xsi:type="dcterms:W3CDTF">2026-09-02T12:09:00Z</dcterms:modified>
  <cp:category/>
</cp:coreProperties>
</file>