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9FCE127" w:rsidR="00C360BD" w:rsidRDefault="00F66C19" w:rsidP="00C360BD">
      <w:pPr>
        <w:jc w:val="center"/>
        <w:rPr>
          <w:b/>
          <w:sz w:val="24"/>
        </w:rPr>
      </w:pPr>
      <w:r>
        <w:rPr>
          <w:b/>
          <w:sz w:val="24"/>
        </w:rPr>
        <w:t>Tomáš</w:t>
      </w:r>
      <w:r w:rsidR="00354AD2" w:rsidRPr="00354AD2">
        <w:rPr>
          <w:b/>
          <w:sz w:val="24"/>
        </w:rPr>
        <w:t xml:space="preserve"> Král</w:t>
      </w:r>
      <w:r w:rsidR="00354AD2" w:rsidRPr="00354AD2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F66C19">
        <w:rPr>
          <w:b/>
          <w:sz w:val="24"/>
        </w:rPr>
        <w:t xml:space="preserve">Jan Evangelista </w:t>
      </w:r>
      <w:proofErr w:type="spellStart"/>
      <w:r w:rsidRPr="00F66C19">
        <w:rPr>
          <w:b/>
          <w:sz w:val="24"/>
        </w:rPr>
        <w:t>Purkyně</w:t>
      </w:r>
      <w:proofErr w:type="spellEnd"/>
      <w:r w:rsidRPr="00F66C19">
        <w:rPr>
          <w:b/>
          <w:sz w:val="24"/>
        </w:rPr>
        <w:t xml:space="preserve"> University in Ústí </w:t>
      </w:r>
      <w:proofErr w:type="spellStart"/>
      <w:r w:rsidRPr="00F66C19">
        <w:rPr>
          <w:b/>
          <w:sz w:val="24"/>
        </w:rPr>
        <w:t>nad</w:t>
      </w:r>
      <w:proofErr w:type="spellEnd"/>
      <w:r w:rsidRPr="00F66C19">
        <w:rPr>
          <w:b/>
          <w:sz w:val="24"/>
        </w:rPr>
        <w:t xml:space="preserve"> Labem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2DE3A1B1" w:rsidR="00920391" w:rsidRDefault="00920391" w:rsidP="00F66C19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452B4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F66C19">
        <w:t xml:space="preserve">Uzbekistan as a regional actor: state autonomy in the context </w:t>
      </w:r>
      <w:r w:rsidR="00F66C19">
        <w:br/>
      </w:r>
      <w:r w:rsidR="00F66C19">
        <w:t>of</w:t>
      </w:r>
      <w:r w:rsidR="00F66C19">
        <w:t xml:space="preserve"> </w:t>
      </w:r>
      <w:r w:rsidR="00F66C19">
        <w:t>Russian and Chinese influence</w:t>
      </w:r>
      <w:r>
        <w:t>”</w:t>
      </w:r>
      <w:r w:rsidR="0048495F">
        <w:t xml:space="preserve"> </w:t>
      </w:r>
    </w:p>
    <w:p w14:paraId="16DB20D1" w14:textId="0DC15D8B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354AD2">
        <w:t>130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E21EF" w14:textId="77777777" w:rsidR="002E1261" w:rsidRDefault="002E1261" w:rsidP="006521CC">
      <w:pPr>
        <w:spacing w:after="0" w:line="240" w:lineRule="auto"/>
      </w:pPr>
      <w:r>
        <w:separator/>
      </w:r>
    </w:p>
  </w:endnote>
  <w:endnote w:type="continuationSeparator" w:id="0">
    <w:p w14:paraId="7033306C" w14:textId="77777777" w:rsidR="002E1261" w:rsidRDefault="002E1261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34FF2" w14:textId="77777777" w:rsidR="002E1261" w:rsidRDefault="002E1261" w:rsidP="006521CC">
      <w:pPr>
        <w:spacing w:after="0" w:line="240" w:lineRule="auto"/>
      </w:pPr>
      <w:r>
        <w:separator/>
      </w:r>
    </w:p>
  </w:footnote>
  <w:footnote w:type="continuationSeparator" w:id="0">
    <w:p w14:paraId="7733DCD7" w14:textId="77777777" w:rsidR="002E1261" w:rsidRDefault="002E1261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6063C"/>
    <w:rsid w:val="000809F7"/>
    <w:rsid w:val="000A7699"/>
    <w:rsid w:val="000E0BA7"/>
    <w:rsid w:val="001033F6"/>
    <w:rsid w:val="0012049E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1F6B8C"/>
    <w:rsid w:val="0020118A"/>
    <w:rsid w:val="0020168D"/>
    <w:rsid w:val="00203C34"/>
    <w:rsid w:val="00247B2F"/>
    <w:rsid w:val="0029639D"/>
    <w:rsid w:val="002B0023"/>
    <w:rsid w:val="002E1261"/>
    <w:rsid w:val="002F361F"/>
    <w:rsid w:val="00326F90"/>
    <w:rsid w:val="00347F2A"/>
    <w:rsid w:val="00354AD2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406CB"/>
    <w:rsid w:val="0054106E"/>
    <w:rsid w:val="00550CB0"/>
    <w:rsid w:val="00582199"/>
    <w:rsid w:val="00591F7E"/>
    <w:rsid w:val="005C17F4"/>
    <w:rsid w:val="005C775C"/>
    <w:rsid w:val="005F43DF"/>
    <w:rsid w:val="00607114"/>
    <w:rsid w:val="00614554"/>
    <w:rsid w:val="006214EA"/>
    <w:rsid w:val="006521CC"/>
    <w:rsid w:val="006715B2"/>
    <w:rsid w:val="006A0249"/>
    <w:rsid w:val="006A36DE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B67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2026-09-02T13:12:00Z</dcterms:created>
  <dcterms:modified xsi:type="dcterms:W3CDTF">2026-09-02T13:12:00Z</dcterms:modified>
  <cp:category/>
</cp:coreProperties>
</file>