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0C2E373" w:rsidR="00C360BD" w:rsidRDefault="008C685B" w:rsidP="00C360BD">
      <w:pPr>
        <w:jc w:val="center"/>
        <w:rPr>
          <w:b/>
          <w:sz w:val="24"/>
        </w:rPr>
      </w:pPr>
      <w:r>
        <w:rPr>
          <w:b/>
          <w:sz w:val="24"/>
        </w:rPr>
        <w:t>Tomáš Goga</w:t>
      </w:r>
      <w:r w:rsidR="009D6279" w:rsidRPr="009D6279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8C685B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7D4D4A5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91F7E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C685B" w:rsidRPr="008C685B">
        <w:t>Land consolidation as a tool for changing landscape structure – goals versus reality</w:t>
      </w:r>
      <w:r>
        <w:t>”</w:t>
      </w:r>
      <w:r w:rsidR="0048495F">
        <w:t xml:space="preserve"> </w:t>
      </w:r>
    </w:p>
    <w:p w14:paraId="16DB20D1" w14:textId="3BA6F87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C685B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F7344" w14:textId="77777777" w:rsidR="0085564B" w:rsidRDefault="0085564B" w:rsidP="006521CC">
      <w:pPr>
        <w:spacing w:after="0" w:line="240" w:lineRule="auto"/>
      </w:pPr>
      <w:r>
        <w:separator/>
      </w:r>
    </w:p>
  </w:endnote>
  <w:endnote w:type="continuationSeparator" w:id="0">
    <w:p w14:paraId="64816894" w14:textId="77777777" w:rsidR="0085564B" w:rsidRDefault="0085564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545B7" w14:textId="77777777" w:rsidR="0085564B" w:rsidRDefault="0085564B" w:rsidP="006521CC">
      <w:pPr>
        <w:spacing w:after="0" w:line="240" w:lineRule="auto"/>
      </w:pPr>
      <w:r>
        <w:separator/>
      </w:r>
    </w:p>
  </w:footnote>
  <w:footnote w:type="continuationSeparator" w:id="0">
    <w:p w14:paraId="7D04932B" w14:textId="77777777" w:rsidR="0085564B" w:rsidRDefault="0085564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B7CE2"/>
    <w:rsid w:val="004F738E"/>
    <w:rsid w:val="00503E25"/>
    <w:rsid w:val="005216FA"/>
    <w:rsid w:val="0054106E"/>
    <w:rsid w:val="00550CB0"/>
    <w:rsid w:val="00582199"/>
    <w:rsid w:val="00591F7E"/>
    <w:rsid w:val="00614554"/>
    <w:rsid w:val="006214EA"/>
    <w:rsid w:val="006521CC"/>
    <w:rsid w:val="006A36DE"/>
    <w:rsid w:val="006E0682"/>
    <w:rsid w:val="007729D9"/>
    <w:rsid w:val="007F3A24"/>
    <w:rsid w:val="007F45AD"/>
    <w:rsid w:val="0085564B"/>
    <w:rsid w:val="00886001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56B91"/>
    <w:rsid w:val="00C90425"/>
    <w:rsid w:val="00C932DF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2026-09-02T12:18:00Z</dcterms:created>
  <dcterms:modified xsi:type="dcterms:W3CDTF">2026-09-02T12:18:00Z</dcterms:modified>
  <cp:category/>
</cp:coreProperties>
</file>