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81E73DE" w:rsidR="00C360BD" w:rsidRDefault="00C56B91" w:rsidP="00C360BD">
      <w:pPr>
        <w:jc w:val="center"/>
        <w:rPr>
          <w:b/>
          <w:sz w:val="24"/>
        </w:rPr>
      </w:pPr>
      <w:r>
        <w:rPr>
          <w:b/>
          <w:sz w:val="24"/>
        </w:rPr>
        <w:t>Tomáš Burda</w:t>
      </w:r>
      <w:r w:rsidR="00A140ED" w:rsidRPr="00A140ED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>
        <w:rPr>
          <w:b/>
          <w:sz w:val="24"/>
        </w:rPr>
        <w:t xml:space="preserve">University of Hradec </w:t>
      </w:r>
      <w:proofErr w:type="spellStart"/>
      <w:r>
        <w:rPr>
          <w:b/>
          <w:sz w:val="24"/>
        </w:rPr>
        <w:t>Králové</w:t>
      </w:r>
      <w:proofErr w:type="spellEnd"/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243E7B8D" w:rsidR="00920391" w:rsidRDefault="00920391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1E235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C56B91" w:rsidRPr="00C56B91">
        <w:t>Sugar Industry Heritage in the Contemporary Landscape of Upper and Middle Elbe River Valley. Experiences in Searching of Sugar Industry Landscapes</w:t>
      </w:r>
      <w:r>
        <w:t>”</w:t>
      </w:r>
    </w:p>
    <w:p w14:paraId="16DB20D1" w14:textId="59F509C3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C56B91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0FEB8" w14:textId="77777777" w:rsidR="00AB23DE" w:rsidRDefault="00AB23DE" w:rsidP="006521CC">
      <w:pPr>
        <w:spacing w:after="0" w:line="240" w:lineRule="auto"/>
      </w:pPr>
      <w:r>
        <w:separator/>
      </w:r>
    </w:p>
  </w:endnote>
  <w:endnote w:type="continuationSeparator" w:id="0">
    <w:p w14:paraId="07508CCA" w14:textId="77777777" w:rsidR="00AB23DE" w:rsidRDefault="00AB23DE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FCAEF" w14:textId="77777777" w:rsidR="00AB23DE" w:rsidRDefault="00AB23DE" w:rsidP="006521CC">
      <w:pPr>
        <w:spacing w:after="0" w:line="240" w:lineRule="auto"/>
      </w:pPr>
      <w:r>
        <w:separator/>
      </w:r>
    </w:p>
  </w:footnote>
  <w:footnote w:type="continuationSeparator" w:id="0">
    <w:p w14:paraId="389503A0" w14:textId="77777777" w:rsidR="00AB23DE" w:rsidRDefault="00AB23DE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15074B"/>
    <w:rsid w:val="00151EB7"/>
    <w:rsid w:val="00181F7B"/>
    <w:rsid w:val="001E1322"/>
    <w:rsid w:val="001E229C"/>
    <w:rsid w:val="001E2352"/>
    <w:rsid w:val="0020168D"/>
    <w:rsid w:val="00203C34"/>
    <w:rsid w:val="00247B2F"/>
    <w:rsid w:val="0029639D"/>
    <w:rsid w:val="002F361F"/>
    <w:rsid w:val="00326F90"/>
    <w:rsid w:val="003F76C2"/>
    <w:rsid w:val="004F738E"/>
    <w:rsid w:val="0054106E"/>
    <w:rsid w:val="00550CB0"/>
    <w:rsid w:val="00614554"/>
    <w:rsid w:val="006214EA"/>
    <w:rsid w:val="006521CC"/>
    <w:rsid w:val="006A36DE"/>
    <w:rsid w:val="006E0682"/>
    <w:rsid w:val="007F45AD"/>
    <w:rsid w:val="00886001"/>
    <w:rsid w:val="008C46AA"/>
    <w:rsid w:val="00920391"/>
    <w:rsid w:val="009A6F72"/>
    <w:rsid w:val="009B0BC2"/>
    <w:rsid w:val="009B18AC"/>
    <w:rsid w:val="00A140ED"/>
    <w:rsid w:val="00A5216A"/>
    <w:rsid w:val="00AA1D8D"/>
    <w:rsid w:val="00AB23DE"/>
    <w:rsid w:val="00B47730"/>
    <w:rsid w:val="00B97FC9"/>
    <w:rsid w:val="00C132CD"/>
    <w:rsid w:val="00C360BD"/>
    <w:rsid w:val="00C56B91"/>
    <w:rsid w:val="00C90425"/>
    <w:rsid w:val="00CB0664"/>
    <w:rsid w:val="00D5784E"/>
    <w:rsid w:val="00DC5185"/>
    <w:rsid w:val="00DD76E8"/>
    <w:rsid w:val="00DF34A3"/>
    <w:rsid w:val="00E131D6"/>
    <w:rsid w:val="00E610F7"/>
    <w:rsid w:val="00EB26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2026-09-02T11:47:00Z</dcterms:created>
  <dcterms:modified xsi:type="dcterms:W3CDTF">2026-09-02T11:47:00Z</dcterms:modified>
  <cp:category/>
</cp:coreProperties>
</file>