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7947F61" w:rsidR="00C360BD" w:rsidRDefault="000E0BA7" w:rsidP="00C360BD">
      <w:pPr>
        <w:jc w:val="center"/>
        <w:rPr>
          <w:b/>
          <w:sz w:val="24"/>
        </w:rPr>
      </w:pPr>
      <w:r>
        <w:rPr>
          <w:b/>
          <w:sz w:val="24"/>
        </w:rPr>
        <w:t>Stela Csachová</w:t>
      </w:r>
      <w:r w:rsidR="007F3A24" w:rsidRPr="007F3A24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0E0BA7"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352F2724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0E0BA7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0E0BA7" w:rsidRPr="000E0BA7">
        <w:t>Geography Teachers' Perception of Curricular Changes</w:t>
      </w:r>
      <w:r>
        <w:t>”</w:t>
      </w:r>
    </w:p>
    <w:p w14:paraId="16DB20D1" w14:textId="177B1093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7729D9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7E7C9" w14:textId="77777777" w:rsidR="00DD49DB" w:rsidRDefault="00DD49DB" w:rsidP="006521CC">
      <w:pPr>
        <w:spacing w:after="0" w:line="240" w:lineRule="auto"/>
      </w:pPr>
      <w:r>
        <w:separator/>
      </w:r>
    </w:p>
  </w:endnote>
  <w:endnote w:type="continuationSeparator" w:id="0">
    <w:p w14:paraId="6E18D4C4" w14:textId="77777777" w:rsidR="00DD49DB" w:rsidRDefault="00DD49DB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D65D9" w14:textId="77777777" w:rsidR="00DD49DB" w:rsidRDefault="00DD49DB" w:rsidP="006521CC">
      <w:pPr>
        <w:spacing w:after="0" w:line="240" w:lineRule="auto"/>
      </w:pPr>
      <w:r>
        <w:separator/>
      </w:r>
    </w:p>
  </w:footnote>
  <w:footnote w:type="continuationSeparator" w:id="0">
    <w:p w14:paraId="04DB36AC" w14:textId="77777777" w:rsidR="00DD49DB" w:rsidRDefault="00DD49DB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5074B"/>
    <w:rsid w:val="00151EB7"/>
    <w:rsid w:val="00181F7B"/>
    <w:rsid w:val="001E1322"/>
    <w:rsid w:val="001E229C"/>
    <w:rsid w:val="001E2352"/>
    <w:rsid w:val="0020168D"/>
    <w:rsid w:val="00203C34"/>
    <w:rsid w:val="00247B2F"/>
    <w:rsid w:val="0029639D"/>
    <w:rsid w:val="002F361F"/>
    <w:rsid w:val="00326F90"/>
    <w:rsid w:val="003F76C2"/>
    <w:rsid w:val="004F738E"/>
    <w:rsid w:val="0054106E"/>
    <w:rsid w:val="00550CB0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920391"/>
    <w:rsid w:val="009A6F72"/>
    <w:rsid w:val="009B0BC2"/>
    <w:rsid w:val="009B18AC"/>
    <w:rsid w:val="00A140ED"/>
    <w:rsid w:val="00A5216A"/>
    <w:rsid w:val="00AA1D8D"/>
    <w:rsid w:val="00AB43EE"/>
    <w:rsid w:val="00B47730"/>
    <w:rsid w:val="00B97FC9"/>
    <w:rsid w:val="00C132CD"/>
    <w:rsid w:val="00C360BD"/>
    <w:rsid w:val="00C56B91"/>
    <w:rsid w:val="00C90425"/>
    <w:rsid w:val="00CB0664"/>
    <w:rsid w:val="00D5784E"/>
    <w:rsid w:val="00DC5185"/>
    <w:rsid w:val="00DD49DB"/>
    <w:rsid w:val="00DD76E8"/>
    <w:rsid w:val="00DF34A3"/>
    <w:rsid w:val="00E131D6"/>
    <w:rsid w:val="00E610F7"/>
    <w:rsid w:val="00EB26F4"/>
    <w:rsid w:val="00EE32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2026-09-02T11:52:00Z</dcterms:created>
  <dcterms:modified xsi:type="dcterms:W3CDTF">2026-09-02T11:52:00Z</dcterms:modified>
  <cp:category/>
</cp:coreProperties>
</file>