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3F939BE6" w:rsidR="00C360BD" w:rsidRDefault="0070220F" w:rsidP="00C360BD">
      <w:pPr>
        <w:jc w:val="center"/>
        <w:rPr>
          <w:b/>
          <w:sz w:val="24"/>
        </w:rPr>
      </w:pPr>
      <w:r w:rsidRPr="0070220F">
        <w:rPr>
          <w:b/>
          <w:sz w:val="24"/>
        </w:rPr>
        <w:t xml:space="preserve">Štefan </w:t>
      </w:r>
      <w:proofErr w:type="spellStart"/>
      <w:r w:rsidRPr="0070220F">
        <w:rPr>
          <w:b/>
          <w:sz w:val="24"/>
        </w:rPr>
        <w:t>Karolčík</w:t>
      </w:r>
      <w:proofErr w:type="spellEnd"/>
      <w:r w:rsidRPr="0070220F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>
        <w:rPr>
          <w:b/>
          <w:sz w:val="24"/>
        </w:rPr>
        <w:t>Comenius University Bratislava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32B8523A" w:rsidR="00920391" w:rsidRDefault="00920391" w:rsidP="003D262F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452B42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70220F" w:rsidRPr="0070220F">
        <w:t>School Geography: Without Life and Without a Future?</w:t>
      </w:r>
      <w:r>
        <w:t>”</w:t>
      </w:r>
      <w:r w:rsidR="0048495F">
        <w:t xml:space="preserve"> </w:t>
      </w:r>
    </w:p>
    <w:p w14:paraId="16DB20D1" w14:textId="73C96799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70220F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D4F1A" w14:textId="77777777" w:rsidR="00C74195" w:rsidRDefault="00C74195" w:rsidP="006521CC">
      <w:pPr>
        <w:spacing w:after="0" w:line="240" w:lineRule="auto"/>
      </w:pPr>
      <w:r>
        <w:separator/>
      </w:r>
    </w:p>
  </w:endnote>
  <w:endnote w:type="continuationSeparator" w:id="0">
    <w:p w14:paraId="0FE3BF56" w14:textId="77777777" w:rsidR="00C74195" w:rsidRDefault="00C74195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16815" w14:textId="77777777" w:rsidR="00C74195" w:rsidRDefault="00C74195" w:rsidP="006521CC">
      <w:pPr>
        <w:spacing w:after="0" w:line="240" w:lineRule="auto"/>
      </w:pPr>
      <w:r>
        <w:separator/>
      </w:r>
    </w:p>
  </w:footnote>
  <w:footnote w:type="continuationSeparator" w:id="0">
    <w:p w14:paraId="04BE23A6" w14:textId="77777777" w:rsidR="00C74195" w:rsidRDefault="00C74195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27046"/>
    <w:rsid w:val="00034616"/>
    <w:rsid w:val="0006063C"/>
    <w:rsid w:val="000809F7"/>
    <w:rsid w:val="000A7699"/>
    <w:rsid w:val="000E0BA7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20118A"/>
    <w:rsid w:val="0020168D"/>
    <w:rsid w:val="00203C34"/>
    <w:rsid w:val="00247B2F"/>
    <w:rsid w:val="0029639D"/>
    <w:rsid w:val="002B0023"/>
    <w:rsid w:val="002F361F"/>
    <w:rsid w:val="00326F90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F738E"/>
    <w:rsid w:val="00503E25"/>
    <w:rsid w:val="005216FA"/>
    <w:rsid w:val="005406CB"/>
    <w:rsid w:val="0054106E"/>
    <w:rsid w:val="00550CB0"/>
    <w:rsid w:val="00582199"/>
    <w:rsid w:val="00591F7E"/>
    <w:rsid w:val="005C17F4"/>
    <w:rsid w:val="005C775C"/>
    <w:rsid w:val="005F43DF"/>
    <w:rsid w:val="00614554"/>
    <w:rsid w:val="006214EA"/>
    <w:rsid w:val="006521CC"/>
    <w:rsid w:val="006715B2"/>
    <w:rsid w:val="006A0249"/>
    <w:rsid w:val="006A36DE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10FAB"/>
    <w:rsid w:val="00B47730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360BD"/>
    <w:rsid w:val="00C46C4C"/>
    <w:rsid w:val="00C56B91"/>
    <w:rsid w:val="00C74195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34A3"/>
    <w:rsid w:val="00E131D6"/>
    <w:rsid w:val="00E610F7"/>
    <w:rsid w:val="00E7362D"/>
    <w:rsid w:val="00EB26F4"/>
    <w:rsid w:val="00EE13C6"/>
    <w:rsid w:val="00EE3278"/>
    <w:rsid w:val="00EF43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2026-09-02T12:55:00Z</dcterms:created>
  <dcterms:modified xsi:type="dcterms:W3CDTF">2026-09-02T12:55:00Z</dcterms:modified>
  <cp:category/>
</cp:coreProperties>
</file>