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45DB77D" w:rsidR="00C360BD" w:rsidRDefault="005058AF" w:rsidP="00C360BD">
      <w:pPr>
        <w:jc w:val="center"/>
        <w:rPr>
          <w:b/>
          <w:sz w:val="24"/>
        </w:rPr>
      </w:pPr>
      <w:r>
        <w:rPr>
          <w:b/>
          <w:sz w:val="24"/>
        </w:rPr>
        <w:t>Stanislav Kraft</w:t>
      </w:r>
      <w:r w:rsidR="0012049E" w:rsidRPr="0012049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058AF">
        <w:rPr>
          <w:b/>
          <w:sz w:val="24"/>
        </w:rPr>
        <w:t xml:space="preserve">University of South Bohemia in </w:t>
      </w:r>
      <w:proofErr w:type="spellStart"/>
      <w:r w:rsidRPr="005058AF">
        <w:rPr>
          <w:b/>
          <w:sz w:val="24"/>
        </w:rPr>
        <w:t>České</w:t>
      </w:r>
      <w:proofErr w:type="spellEnd"/>
      <w:r w:rsidRPr="005058AF">
        <w:rPr>
          <w:b/>
          <w:sz w:val="24"/>
        </w:rPr>
        <w:t xml:space="preserve"> Budějovice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3599823" w:rsidR="00920391" w:rsidRDefault="00920391" w:rsidP="00F04A6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058AF" w:rsidRPr="005058AF">
        <w:t xml:space="preserve">Functional regional taxonomy of world cities based on air transport: </w:t>
      </w:r>
      <w:r w:rsidR="005058AF">
        <w:br/>
      </w:r>
      <w:r w:rsidR="005058AF" w:rsidRPr="005058AF">
        <w:t>the impact of the COVID-19 pandemic</w:t>
      </w:r>
      <w:r>
        <w:t>”</w:t>
      </w:r>
      <w:r w:rsidR="0048495F">
        <w:t xml:space="preserve"> </w:t>
      </w:r>
    </w:p>
    <w:p w14:paraId="16DB20D1" w14:textId="25A60F4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2049E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7F9E1" w14:textId="77777777" w:rsidR="006226CC" w:rsidRDefault="006226CC" w:rsidP="006521CC">
      <w:pPr>
        <w:spacing w:after="0" w:line="240" w:lineRule="auto"/>
      </w:pPr>
      <w:r>
        <w:separator/>
      </w:r>
    </w:p>
  </w:endnote>
  <w:endnote w:type="continuationSeparator" w:id="0">
    <w:p w14:paraId="6E5C1BCA" w14:textId="77777777" w:rsidR="006226CC" w:rsidRDefault="006226C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CC8B" w14:textId="77777777" w:rsidR="006226CC" w:rsidRDefault="006226CC" w:rsidP="006521CC">
      <w:pPr>
        <w:spacing w:after="0" w:line="240" w:lineRule="auto"/>
      </w:pPr>
      <w:r>
        <w:separator/>
      </w:r>
    </w:p>
  </w:footnote>
  <w:footnote w:type="continuationSeparator" w:id="0">
    <w:p w14:paraId="3CF1C1CB" w14:textId="77777777" w:rsidR="006226CC" w:rsidRDefault="006226C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033F6"/>
    <w:rsid w:val="0012049E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226CC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04A69"/>
    <w:rsid w:val="00F25ABC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2026-09-02T13:09:00Z</dcterms:created>
  <dcterms:modified xsi:type="dcterms:W3CDTF">2026-09-02T13:09:00Z</dcterms:modified>
  <cp:category/>
</cp:coreProperties>
</file>