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AD29900" w:rsidR="00C360BD" w:rsidRDefault="009B0BC2" w:rsidP="00C360BD">
      <w:pPr>
        <w:jc w:val="center"/>
        <w:rPr>
          <w:b/>
          <w:sz w:val="24"/>
        </w:rPr>
      </w:pPr>
      <w:r w:rsidRPr="009B0BC2">
        <w:rPr>
          <w:b/>
          <w:sz w:val="24"/>
        </w:rPr>
        <w:t>Simona Bartošová Šťastná</w:t>
      </w:r>
      <w:r w:rsidRPr="009B0BC2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="00E610F7" w:rsidRPr="00E610F7">
        <w:rPr>
          <w:b/>
          <w:sz w:val="24"/>
        </w:rPr>
        <w:t xml:space="preserve">University </w:t>
      </w:r>
      <w:r>
        <w:rPr>
          <w:b/>
          <w:sz w:val="24"/>
        </w:rPr>
        <w:t>of Ostrava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2004979E" w:rsidR="00920391" w:rsidRDefault="00920391">
      <w:pPr>
        <w:jc w:val="center"/>
      </w:pPr>
      <w:r>
        <w:rPr>
          <w:rStyle w:val="Vrazn"/>
        </w:rPr>
        <w:t>Type of participation:</w:t>
      </w:r>
      <w:r>
        <w:t xml:space="preserve"> Active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9B0BC2" w:rsidRPr="009B0BC2">
        <w:t xml:space="preserve">Waste Ice Management at Ice Arenas in Czechia as an Issue of Sustainable </w:t>
      </w:r>
      <w:r w:rsidR="009B0BC2">
        <w:br/>
      </w:r>
      <w:r w:rsidR="009B0BC2" w:rsidRPr="009B0BC2">
        <w:t>Sports Infrastructure</w:t>
      </w:r>
      <w:r>
        <w:t>”</w:t>
      </w:r>
    </w:p>
    <w:p w14:paraId="16DB20D1" w14:textId="66A58C52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9B0BC2">
        <w:t>250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36083" w14:textId="77777777" w:rsidR="00F1215B" w:rsidRDefault="00F1215B" w:rsidP="006521CC">
      <w:pPr>
        <w:spacing w:after="0" w:line="240" w:lineRule="auto"/>
      </w:pPr>
      <w:r>
        <w:separator/>
      </w:r>
    </w:p>
  </w:endnote>
  <w:endnote w:type="continuationSeparator" w:id="0">
    <w:p w14:paraId="4FAC927D" w14:textId="77777777" w:rsidR="00F1215B" w:rsidRDefault="00F1215B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D5359" w14:textId="77777777" w:rsidR="00F1215B" w:rsidRDefault="00F1215B" w:rsidP="006521CC">
      <w:pPr>
        <w:spacing w:after="0" w:line="240" w:lineRule="auto"/>
      </w:pPr>
      <w:r>
        <w:separator/>
      </w:r>
    </w:p>
  </w:footnote>
  <w:footnote w:type="continuationSeparator" w:id="0">
    <w:p w14:paraId="6C388F93" w14:textId="77777777" w:rsidR="00F1215B" w:rsidRDefault="00F1215B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15074B"/>
    <w:rsid w:val="00151EB7"/>
    <w:rsid w:val="00181F7B"/>
    <w:rsid w:val="001E1322"/>
    <w:rsid w:val="001E229C"/>
    <w:rsid w:val="0020168D"/>
    <w:rsid w:val="00203C34"/>
    <w:rsid w:val="00247B2F"/>
    <w:rsid w:val="0029639D"/>
    <w:rsid w:val="002F361F"/>
    <w:rsid w:val="00326F90"/>
    <w:rsid w:val="003F76C2"/>
    <w:rsid w:val="0054106E"/>
    <w:rsid w:val="00550CB0"/>
    <w:rsid w:val="00614554"/>
    <w:rsid w:val="006214EA"/>
    <w:rsid w:val="006521CC"/>
    <w:rsid w:val="007F45AD"/>
    <w:rsid w:val="008C46AA"/>
    <w:rsid w:val="00920391"/>
    <w:rsid w:val="009A6F72"/>
    <w:rsid w:val="009B0BC2"/>
    <w:rsid w:val="009B18AC"/>
    <w:rsid w:val="00A5216A"/>
    <w:rsid w:val="00AA1D8D"/>
    <w:rsid w:val="00B47730"/>
    <w:rsid w:val="00C132CD"/>
    <w:rsid w:val="00C360BD"/>
    <w:rsid w:val="00C90425"/>
    <w:rsid w:val="00CB0664"/>
    <w:rsid w:val="00DC5185"/>
    <w:rsid w:val="00DD76E8"/>
    <w:rsid w:val="00DF34A3"/>
    <w:rsid w:val="00E610F7"/>
    <w:rsid w:val="00F121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2026-09-02T11:21:00Z</dcterms:created>
  <dcterms:modified xsi:type="dcterms:W3CDTF">2026-09-02T11:21:00Z</dcterms:modified>
  <cp:category/>
</cp:coreProperties>
</file>