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E80F6D9" w:rsidR="00C360BD" w:rsidRDefault="00CF2659" w:rsidP="00C360BD">
      <w:pPr>
        <w:jc w:val="center"/>
        <w:rPr>
          <w:b/>
          <w:sz w:val="24"/>
        </w:rPr>
      </w:pPr>
      <w:r w:rsidRPr="00CF2659">
        <w:rPr>
          <w:b/>
          <w:sz w:val="24"/>
        </w:rPr>
        <w:t>Seghier Saad</w:t>
      </w:r>
      <w:r w:rsidRPr="00CF2659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CF2659">
        <w:rPr>
          <w:b/>
          <w:sz w:val="24"/>
        </w:rPr>
        <w:t>University of Salamanca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7E1C87FE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984081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CF2659" w:rsidRPr="00CF2659">
        <w:t>AI-Assisted Geological Prediction in the Central Saharan Atlas Reliefs (Southwestern Algeria): A Geo-AI and Remote Sensing Approach to Weathered Basalt Detection and CAMP Eastern Boundary Mapping within Triassic Diapir Structures</w:t>
      </w:r>
      <w:r>
        <w:t>”</w:t>
      </w:r>
      <w:r w:rsidR="0048495F">
        <w:t xml:space="preserve"> </w:t>
      </w:r>
    </w:p>
    <w:p w14:paraId="16DB20D1" w14:textId="204B2315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CF2659">
        <w:t>160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82FC9" w14:textId="77777777" w:rsidR="00526B99" w:rsidRDefault="00526B99" w:rsidP="006521CC">
      <w:pPr>
        <w:spacing w:after="0" w:line="240" w:lineRule="auto"/>
      </w:pPr>
      <w:r>
        <w:separator/>
      </w:r>
    </w:p>
  </w:endnote>
  <w:endnote w:type="continuationSeparator" w:id="0">
    <w:p w14:paraId="779E491C" w14:textId="77777777" w:rsidR="00526B99" w:rsidRDefault="00526B99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3B76A" w14:textId="77777777" w:rsidR="00526B99" w:rsidRDefault="00526B99" w:rsidP="006521CC">
      <w:pPr>
        <w:spacing w:after="0" w:line="240" w:lineRule="auto"/>
      </w:pPr>
      <w:r>
        <w:separator/>
      </w:r>
    </w:p>
  </w:footnote>
  <w:footnote w:type="continuationSeparator" w:id="0">
    <w:p w14:paraId="11E93CDF" w14:textId="77777777" w:rsidR="00526B99" w:rsidRDefault="00526B99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04D5"/>
    <w:rsid w:val="005216FA"/>
    <w:rsid w:val="00526B99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63963"/>
    <w:rsid w:val="007729D9"/>
    <w:rsid w:val="007C57FD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CE3946"/>
    <w:rsid w:val="00CF2659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45E4A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2026-09-03T09:04:00Z</dcterms:created>
  <dcterms:modified xsi:type="dcterms:W3CDTF">2026-09-03T09:04:00Z</dcterms:modified>
  <cp:category/>
</cp:coreProperties>
</file>