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8283F7A" w:rsidR="00C360BD" w:rsidRDefault="003202CB" w:rsidP="00C360BD">
      <w:pPr>
        <w:jc w:val="center"/>
        <w:rPr>
          <w:b/>
          <w:sz w:val="24"/>
        </w:rPr>
      </w:pPr>
      <w:r w:rsidRPr="003202CB">
        <w:rPr>
          <w:b/>
          <w:sz w:val="24"/>
        </w:rPr>
        <w:t>Šárka Lukešová</w:t>
      </w:r>
      <w:r w:rsidRPr="003202C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202CB">
        <w:rPr>
          <w:b/>
          <w:sz w:val="24"/>
        </w:rPr>
        <w:t xml:space="preserve">Jan Evangelista </w:t>
      </w:r>
      <w:proofErr w:type="spellStart"/>
      <w:r w:rsidRPr="003202CB">
        <w:rPr>
          <w:b/>
          <w:sz w:val="24"/>
        </w:rPr>
        <w:t>Purkyně</w:t>
      </w:r>
      <w:proofErr w:type="spellEnd"/>
      <w:r w:rsidRPr="003202CB">
        <w:rPr>
          <w:b/>
          <w:sz w:val="24"/>
        </w:rPr>
        <w:t xml:space="preserve"> University in Ústí </w:t>
      </w:r>
      <w:proofErr w:type="spellStart"/>
      <w:r w:rsidRPr="003202CB">
        <w:rPr>
          <w:b/>
          <w:sz w:val="24"/>
        </w:rPr>
        <w:t>nad</w:t>
      </w:r>
      <w:proofErr w:type="spellEnd"/>
      <w:r w:rsidRPr="003202CB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36B87A3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202CB" w:rsidRPr="003202CB">
        <w:t xml:space="preserve">How development actors transform local heritage: interpretation </w:t>
      </w:r>
      <w:r w:rsidR="003202CB">
        <w:br/>
      </w:r>
      <w:r w:rsidR="003202CB" w:rsidRPr="003202CB">
        <w:t>and valorization of rural sites</w:t>
      </w:r>
      <w:r>
        <w:t>”</w:t>
      </w:r>
      <w:r w:rsidR="0048495F">
        <w:t xml:space="preserve"> </w:t>
      </w:r>
    </w:p>
    <w:p w14:paraId="16DB20D1" w14:textId="12820F9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202CB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F9D24" w14:textId="77777777" w:rsidR="00BF2EB1" w:rsidRDefault="00BF2EB1" w:rsidP="006521CC">
      <w:pPr>
        <w:spacing w:after="0" w:line="240" w:lineRule="auto"/>
      </w:pPr>
      <w:r>
        <w:separator/>
      </w:r>
    </w:p>
  </w:endnote>
  <w:endnote w:type="continuationSeparator" w:id="0">
    <w:p w14:paraId="724BBF59" w14:textId="77777777" w:rsidR="00BF2EB1" w:rsidRDefault="00BF2EB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00270" w14:textId="77777777" w:rsidR="00BF2EB1" w:rsidRDefault="00BF2EB1" w:rsidP="006521CC">
      <w:pPr>
        <w:spacing w:after="0" w:line="240" w:lineRule="auto"/>
      </w:pPr>
      <w:r>
        <w:separator/>
      </w:r>
    </w:p>
  </w:footnote>
  <w:footnote w:type="continuationSeparator" w:id="0">
    <w:p w14:paraId="21A070A1" w14:textId="77777777" w:rsidR="00BF2EB1" w:rsidRDefault="00BF2EB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B74C0"/>
    <w:rsid w:val="00BF2EB1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2026-09-03T07:03:00Z</dcterms:created>
  <dcterms:modified xsi:type="dcterms:W3CDTF">2026-09-03T07:03:00Z</dcterms:modified>
  <cp:category/>
</cp:coreProperties>
</file>