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6DF8E7B" w:rsidR="00C360BD" w:rsidRDefault="00EF43A6" w:rsidP="00C360BD">
      <w:pPr>
        <w:jc w:val="center"/>
        <w:rPr>
          <w:b/>
          <w:sz w:val="24"/>
        </w:rPr>
      </w:pPr>
      <w:r w:rsidRPr="00EF43A6">
        <w:rPr>
          <w:b/>
          <w:sz w:val="24"/>
        </w:rPr>
        <w:t>Samuel Ferencei</w:t>
      </w:r>
      <w:r w:rsidRPr="00EF43A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F43A6">
        <w:rPr>
          <w:b/>
          <w:sz w:val="24"/>
        </w:rPr>
        <w:t>Capital City of Slovak republic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7D5347A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90BA0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A379DF" w:rsidRPr="00A379DF">
        <w:t>Digitalization of Public Greenery Management in Bratislava</w:t>
      </w:r>
      <w:r>
        <w:t>”</w:t>
      </w:r>
      <w:r w:rsidR="0048495F">
        <w:t xml:space="preserve"> </w:t>
      </w:r>
    </w:p>
    <w:p w14:paraId="16DB20D1" w14:textId="422B077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443EF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C941D" w14:textId="77777777" w:rsidR="00B53BB6" w:rsidRDefault="00B53BB6" w:rsidP="006521CC">
      <w:pPr>
        <w:spacing w:after="0" w:line="240" w:lineRule="auto"/>
      </w:pPr>
      <w:r>
        <w:separator/>
      </w:r>
    </w:p>
  </w:endnote>
  <w:endnote w:type="continuationSeparator" w:id="0">
    <w:p w14:paraId="46242AEB" w14:textId="77777777" w:rsidR="00B53BB6" w:rsidRDefault="00B53BB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567FB" w14:textId="77777777" w:rsidR="00B53BB6" w:rsidRDefault="00B53BB6" w:rsidP="006521CC">
      <w:pPr>
        <w:spacing w:after="0" w:line="240" w:lineRule="auto"/>
      </w:pPr>
      <w:r>
        <w:separator/>
      </w:r>
    </w:p>
  </w:footnote>
  <w:footnote w:type="continuationSeparator" w:id="0">
    <w:p w14:paraId="5921E8AB" w14:textId="77777777" w:rsidR="00B53BB6" w:rsidRDefault="00B53BB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F738E"/>
    <w:rsid w:val="00503E25"/>
    <w:rsid w:val="005216FA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A6F72"/>
    <w:rsid w:val="009B0BC2"/>
    <w:rsid w:val="009B18AC"/>
    <w:rsid w:val="00A140ED"/>
    <w:rsid w:val="00A379DF"/>
    <w:rsid w:val="00A5216A"/>
    <w:rsid w:val="00AA1D8D"/>
    <w:rsid w:val="00AB43EE"/>
    <w:rsid w:val="00AF1882"/>
    <w:rsid w:val="00B47730"/>
    <w:rsid w:val="00B53BB6"/>
    <w:rsid w:val="00B67FDC"/>
    <w:rsid w:val="00B97FC9"/>
    <w:rsid w:val="00C132CD"/>
    <w:rsid w:val="00C13585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2026-09-02T12:11:00Z</dcterms:created>
  <dcterms:modified xsi:type="dcterms:W3CDTF">2026-09-02T12:11:00Z</dcterms:modified>
  <cp:category/>
</cp:coreProperties>
</file>