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A06DC46" w:rsidR="00C360BD" w:rsidRDefault="00037A3E" w:rsidP="00C360BD">
      <w:pPr>
        <w:jc w:val="center"/>
        <w:rPr>
          <w:b/>
          <w:sz w:val="24"/>
        </w:rPr>
      </w:pPr>
      <w:r w:rsidRPr="00037A3E">
        <w:rPr>
          <w:b/>
          <w:sz w:val="24"/>
        </w:rPr>
        <w:t xml:space="preserve">Roman </w:t>
      </w:r>
      <w:proofErr w:type="spellStart"/>
      <w:r w:rsidRPr="00037A3E">
        <w:rPr>
          <w:b/>
          <w:sz w:val="24"/>
        </w:rPr>
        <w:t>Najdený</w:t>
      </w:r>
      <w:proofErr w:type="spellEnd"/>
      <w:r w:rsidRPr="00037A3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37A3E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B10C5C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C2B7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37A3E" w:rsidRPr="00037A3E">
        <w:t xml:space="preserve">A Stable or a Fuzzy Border: The </w:t>
      </w:r>
      <w:proofErr w:type="gramStart"/>
      <w:r w:rsidR="00037A3E" w:rsidRPr="00037A3E">
        <w:t>Czech–Slovak</w:t>
      </w:r>
      <w:proofErr w:type="gramEnd"/>
      <w:r w:rsidR="00037A3E" w:rsidRPr="00037A3E">
        <w:t xml:space="preserve"> Frontier </w:t>
      </w:r>
      <w:r w:rsidR="00037A3E">
        <w:br/>
      </w:r>
      <w:r w:rsidR="00037A3E" w:rsidRPr="00037A3E">
        <w:t>in Historical-Geographical Research</w:t>
      </w:r>
      <w:r>
        <w:t>”</w:t>
      </w:r>
      <w:r w:rsidR="0048495F">
        <w:t xml:space="preserve"> </w:t>
      </w:r>
    </w:p>
    <w:p w14:paraId="16DB20D1" w14:textId="59535D4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37A3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A788" w14:textId="77777777" w:rsidR="0088737D" w:rsidRDefault="0088737D" w:rsidP="006521CC">
      <w:pPr>
        <w:spacing w:after="0" w:line="240" w:lineRule="auto"/>
      </w:pPr>
      <w:r>
        <w:separator/>
      </w:r>
    </w:p>
  </w:endnote>
  <w:endnote w:type="continuationSeparator" w:id="0">
    <w:p w14:paraId="6AAA8C0C" w14:textId="77777777" w:rsidR="0088737D" w:rsidRDefault="0088737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1DA8" w14:textId="77777777" w:rsidR="0088737D" w:rsidRDefault="0088737D" w:rsidP="006521CC">
      <w:pPr>
        <w:spacing w:after="0" w:line="240" w:lineRule="auto"/>
      </w:pPr>
      <w:r>
        <w:separator/>
      </w:r>
    </w:p>
  </w:footnote>
  <w:footnote w:type="continuationSeparator" w:id="0">
    <w:p w14:paraId="4D3BEF8A" w14:textId="77777777" w:rsidR="0088737D" w:rsidRDefault="0088737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8737D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2026-09-03T07:30:00Z</dcterms:created>
  <dcterms:modified xsi:type="dcterms:W3CDTF">2026-09-03T07:30:00Z</dcterms:modified>
  <cp:category/>
</cp:coreProperties>
</file>