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A779C28" w:rsidR="00C360BD" w:rsidRDefault="0002395D" w:rsidP="00C360BD">
      <w:pPr>
        <w:jc w:val="center"/>
        <w:rPr>
          <w:b/>
          <w:sz w:val="24"/>
        </w:rPr>
      </w:pPr>
      <w:r w:rsidRPr="0002395D">
        <w:rPr>
          <w:b/>
          <w:sz w:val="24"/>
        </w:rPr>
        <w:t>Robert Szmytkie</w:t>
      </w:r>
      <w:r w:rsidRPr="0002395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2395D">
        <w:rPr>
          <w:b/>
          <w:sz w:val="24"/>
        </w:rPr>
        <w:t xml:space="preserve">University of </w:t>
      </w:r>
      <w:proofErr w:type="spellStart"/>
      <w:r w:rsidRPr="0002395D">
        <w:rPr>
          <w:b/>
          <w:sz w:val="24"/>
        </w:rPr>
        <w:t>Wrocław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BEE9986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2395D" w:rsidRPr="0002395D">
        <w:t>Absolute and Relative Hierarchies of Cities in the Visegrad Countries</w:t>
      </w:r>
      <w:r>
        <w:t>”</w:t>
      </w:r>
      <w:r w:rsidR="0048495F">
        <w:t xml:space="preserve"> </w:t>
      </w:r>
    </w:p>
    <w:p w14:paraId="16DB20D1" w14:textId="7B25564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D13F9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7B50F" w14:textId="77777777" w:rsidR="00D7259E" w:rsidRDefault="00D7259E" w:rsidP="006521CC">
      <w:pPr>
        <w:spacing w:after="0" w:line="240" w:lineRule="auto"/>
      </w:pPr>
      <w:r>
        <w:separator/>
      </w:r>
    </w:p>
  </w:endnote>
  <w:endnote w:type="continuationSeparator" w:id="0">
    <w:p w14:paraId="509E8856" w14:textId="77777777" w:rsidR="00D7259E" w:rsidRDefault="00D7259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1B4F" w14:textId="77777777" w:rsidR="00D7259E" w:rsidRDefault="00D7259E" w:rsidP="006521CC">
      <w:pPr>
        <w:spacing w:after="0" w:line="240" w:lineRule="auto"/>
      </w:pPr>
      <w:r>
        <w:separator/>
      </w:r>
    </w:p>
  </w:footnote>
  <w:footnote w:type="continuationSeparator" w:id="0">
    <w:p w14:paraId="573C5B4D" w14:textId="77777777" w:rsidR="00D7259E" w:rsidRDefault="00D7259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259E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2026-09-03T08:29:00Z</dcterms:created>
  <dcterms:modified xsi:type="dcterms:W3CDTF">2026-09-03T08:29:00Z</dcterms:modified>
  <cp:category/>
</cp:coreProperties>
</file>