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6D97A1C" w:rsidR="00C360BD" w:rsidRDefault="004D44EB" w:rsidP="00C360BD">
      <w:pPr>
        <w:jc w:val="center"/>
        <w:rPr>
          <w:b/>
          <w:sz w:val="24"/>
        </w:rPr>
      </w:pPr>
      <w:r w:rsidRPr="004D44EB">
        <w:rPr>
          <w:b/>
          <w:sz w:val="24"/>
        </w:rPr>
        <w:t xml:space="preserve">René </w:t>
      </w:r>
      <w:proofErr w:type="spellStart"/>
      <w:r w:rsidRPr="004D44EB">
        <w:rPr>
          <w:b/>
          <w:sz w:val="24"/>
        </w:rPr>
        <w:t>Jirmus</w:t>
      </w:r>
      <w:proofErr w:type="spellEnd"/>
      <w:r w:rsidRPr="004D44EB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4D44EB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5C63EF4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D44EB" w:rsidRPr="004D44EB">
        <w:t xml:space="preserve">Urban Planning Heritage and Child Safety: The Impact of Construction </w:t>
      </w:r>
      <w:r w:rsidR="004D44EB">
        <w:br/>
      </w:r>
      <w:r w:rsidR="004D44EB" w:rsidRPr="004D44EB">
        <w:t>Era on Playground Vegetation Risks</w:t>
      </w:r>
      <w:r>
        <w:t>”</w:t>
      </w:r>
      <w:r w:rsidR="0048495F">
        <w:t xml:space="preserve"> </w:t>
      </w:r>
    </w:p>
    <w:p w14:paraId="16DB20D1" w14:textId="7FC7528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4D44EB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87DC6" w14:textId="77777777" w:rsidR="00597DDE" w:rsidRDefault="00597DDE" w:rsidP="006521CC">
      <w:pPr>
        <w:spacing w:after="0" w:line="240" w:lineRule="auto"/>
      </w:pPr>
      <w:r>
        <w:separator/>
      </w:r>
    </w:p>
  </w:endnote>
  <w:endnote w:type="continuationSeparator" w:id="0">
    <w:p w14:paraId="480EA6CA" w14:textId="77777777" w:rsidR="00597DDE" w:rsidRDefault="00597DD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123B3" w14:textId="77777777" w:rsidR="00597DDE" w:rsidRDefault="00597DDE" w:rsidP="006521CC">
      <w:pPr>
        <w:spacing w:after="0" w:line="240" w:lineRule="auto"/>
      </w:pPr>
      <w:r>
        <w:separator/>
      </w:r>
    </w:p>
  </w:footnote>
  <w:footnote w:type="continuationSeparator" w:id="0">
    <w:p w14:paraId="78A2C2E6" w14:textId="77777777" w:rsidR="00597DDE" w:rsidRDefault="00597DD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25C86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97DDE"/>
    <w:rsid w:val="005C17F4"/>
    <w:rsid w:val="005F43DF"/>
    <w:rsid w:val="00614554"/>
    <w:rsid w:val="006214EA"/>
    <w:rsid w:val="006521CC"/>
    <w:rsid w:val="006A0249"/>
    <w:rsid w:val="006A36DE"/>
    <w:rsid w:val="006E0682"/>
    <w:rsid w:val="00726B5C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2026-09-02T12:49:00Z</dcterms:created>
  <dcterms:modified xsi:type="dcterms:W3CDTF">2026-09-02T12:49:00Z</dcterms:modified>
  <cp:category/>
</cp:coreProperties>
</file>