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8D651EA" w:rsidR="00C360BD" w:rsidRDefault="009A6B67" w:rsidP="00C360BD">
      <w:pPr>
        <w:jc w:val="center"/>
        <w:rPr>
          <w:b/>
          <w:sz w:val="24"/>
        </w:rPr>
      </w:pPr>
      <w:r w:rsidRPr="009A6B67">
        <w:rPr>
          <w:b/>
          <w:sz w:val="24"/>
        </w:rPr>
        <w:t>Radoslav Klamár</w:t>
      </w:r>
      <w:r w:rsidR="00000486" w:rsidRPr="0000048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 xml:space="preserve">University of </w:t>
      </w:r>
      <w:proofErr w:type="spellStart"/>
      <w:r>
        <w:rPr>
          <w:b/>
          <w:sz w:val="24"/>
        </w:rPr>
        <w:t>Prešov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BABE43C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A6B67" w:rsidRPr="009A6B67">
        <w:t xml:space="preserve">Regional disparities and their level in selected </w:t>
      </w:r>
      <w:proofErr w:type="spellStart"/>
      <w:r w:rsidR="009A6B67" w:rsidRPr="009A6B67">
        <w:t>european</w:t>
      </w:r>
      <w:proofErr w:type="spellEnd"/>
      <w:r w:rsidR="009A6B67" w:rsidRPr="009A6B67">
        <w:t xml:space="preserve"> countries</w:t>
      </w:r>
      <w:r>
        <w:t>”</w:t>
      </w:r>
      <w:r w:rsidR="0048495F">
        <w:t xml:space="preserve"> </w:t>
      </w:r>
    </w:p>
    <w:p w14:paraId="16DB20D1" w14:textId="1682B15D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9A6B67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088DB" w14:textId="77777777" w:rsidR="00E26FA5" w:rsidRDefault="00E26FA5" w:rsidP="006521CC">
      <w:pPr>
        <w:spacing w:after="0" w:line="240" w:lineRule="auto"/>
      </w:pPr>
      <w:r>
        <w:separator/>
      </w:r>
    </w:p>
  </w:endnote>
  <w:endnote w:type="continuationSeparator" w:id="0">
    <w:p w14:paraId="6D22B222" w14:textId="77777777" w:rsidR="00E26FA5" w:rsidRDefault="00E26FA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B7A2D" w14:textId="77777777" w:rsidR="00E26FA5" w:rsidRDefault="00E26FA5" w:rsidP="006521CC">
      <w:pPr>
        <w:spacing w:after="0" w:line="240" w:lineRule="auto"/>
      </w:pPr>
      <w:r>
        <w:separator/>
      </w:r>
    </w:p>
  </w:footnote>
  <w:footnote w:type="continuationSeparator" w:id="0">
    <w:p w14:paraId="19B688BC" w14:textId="77777777" w:rsidR="00E26FA5" w:rsidRDefault="00E26FA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26FA5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2026-09-02T12:57:00Z</dcterms:created>
  <dcterms:modified xsi:type="dcterms:W3CDTF">2026-09-02T12:57:00Z</dcterms:modified>
  <cp:category/>
</cp:coreProperties>
</file>