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4DAC18A3" w:rsidR="00C360BD" w:rsidRDefault="005E0367" w:rsidP="00C360BD">
      <w:pPr>
        <w:jc w:val="center"/>
        <w:rPr>
          <w:b/>
          <w:sz w:val="24"/>
        </w:rPr>
      </w:pPr>
      <w:r w:rsidRPr="005E0367">
        <w:rPr>
          <w:b/>
          <w:sz w:val="24"/>
        </w:rPr>
        <w:t xml:space="preserve">Radim </w:t>
      </w:r>
      <w:proofErr w:type="spellStart"/>
      <w:r w:rsidRPr="005E0367">
        <w:rPr>
          <w:b/>
          <w:sz w:val="24"/>
        </w:rPr>
        <w:t>Lískovec</w:t>
      </w:r>
      <w:proofErr w:type="spellEnd"/>
      <w:r w:rsidRPr="005E0367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="005F1DFE">
        <w:rPr>
          <w:b/>
          <w:sz w:val="24"/>
        </w:rPr>
        <w:t>Masaryk</w:t>
      </w:r>
      <w:r w:rsidR="006B1A1C" w:rsidRPr="006B1A1C">
        <w:rPr>
          <w:b/>
          <w:sz w:val="24"/>
        </w:rPr>
        <w:t xml:space="preserve"> University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136DED5A" w:rsidR="00920391" w:rsidRDefault="00920391" w:rsidP="006B1A1C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3542D6">
        <w:t>Active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5E0367" w:rsidRPr="005E0367">
        <w:t>Beyond the Daytime City: Urban Night as a Temporal Landscape</w:t>
      </w:r>
      <w:r>
        <w:t>”</w:t>
      </w:r>
      <w:r w:rsidR="0048495F">
        <w:t xml:space="preserve"> </w:t>
      </w:r>
    </w:p>
    <w:p w14:paraId="16DB20D1" w14:textId="14A31D0C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B60D0B">
        <w:t>220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377B02" w14:textId="77777777" w:rsidR="00E74E75" w:rsidRDefault="00E74E75" w:rsidP="006521CC">
      <w:pPr>
        <w:spacing w:after="0" w:line="240" w:lineRule="auto"/>
      </w:pPr>
      <w:r>
        <w:separator/>
      </w:r>
    </w:p>
  </w:endnote>
  <w:endnote w:type="continuationSeparator" w:id="0">
    <w:p w14:paraId="5033CA1D" w14:textId="77777777" w:rsidR="00E74E75" w:rsidRDefault="00E74E75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D7D66C" w14:textId="77777777" w:rsidR="00E74E75" w:rsidRDefault="00E74E75" w:rsidP="006521CC">
      <w:pPr>
        <w:spacing w:after="0" w:line="240" w:lineRule="auto"/>
      </w:pPr>
      <w:r>
        <w:separator/>
      </w:r>
    </w:p>
  </w:footnote>
  <w:footnote w:type="continuationSeparator" w:id="0">
    <w:p w14:paraId="56BD5D34" w14:textId="77777777" w:rsidR="00E74E75" w:rsidRDefault="00E74E75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0486"/>
    <w:rsid w:val="00027046"/>
    <w:rsid w:val="00034616"/>
    <w:rsid w:val="00037A2F"/>
    <w:rsid w:val="0006063C"/>
    <w:rsid w:val="000628E7"/>
    <w:rsid w:val="000809F7"/>
    <w:rsid w:val="000A7699"/>
    <w:rsid w:val="000D682E"/>
    <w:rsid w:val="000E0BA7"/>
    <w:rsid w:val="001033F6"/>
    <w:rsid w:val="0012049E"/>
    <w:rsid w:val="00121D80"/>
    <w:rsid w:val="001443EF"/>
    <w:rsid w:val="0015074B"/>
    <w:rsid w:val="00151EB7"/>
    <w:rsid w:val="00153406"/>
    <w:rsid w:val="0016720D"/>
    <w:rsid w:val="00181F7B"/>
    <w:rsid w:val="00190BA0"/>
    <w:rsid w:val="001E105D"/>
    <w:rsid w:val="001E1322"/>
    <w:rsid w:val="001E229C"/>
    <w:rsid w:val="001E2352"/>
    <w:rsid w:val="001F6B8C"/>
    <w:rsid w:val="0020118A"/>
    <w:rsid w:val="0020168D"/>
    <w:rsid w:val="00203C34"/>
    <w:rsid w:val="00247B2F"/>
    <w:rsid w:val="0029639D"/>
    <w:rsid w:val="002B0023"/>
    <w:rsid w:val="002F361F"/>
    <w:rsid w:val="003147CF"/>
    <w:rsid w:val="00326F90"/>
    <w:rsid w:val="00347F2A"/>
    <w:rsid w:val="003542D6"/>
    <w:rsid w:val="00354AD2"/>
    <w:rsid w:val="003D262F"/>
    <w:rsid w:val="003F50F6"/>
    <w:rsid w:val="003F76C2"/>
    <w:rsid w:val="00400246"/>
    <w:rsid w:val="0041783B"/>
    <w:rsid w:val="00425C86"/>
    <w:rsid w:val="00452B42"/>
    <w:rsid w:val="0048495F"/>
    <w:rsid w:val="004B7CE2"/>
    <w:rsid w:val="004C2362"/>
    <w:rsid w:val="004D44EB"/>
    <w:rsid w:val="004E23FF"/>
    <w:rsid w:val="004F738E"/>
    <w:rsid w:val="00503E25"/>
    <w:rsid w:val="005058AF"/>
    <w:rsid w:val="005216FA"/>
    <w:rsid w:val="005406CB"/>
    <w:rsid w:val="0054106E"/>
    <w:rsid w:val="00550CB0"/>
    <w:rsid w:val="00582199"/>
    <w:rsid w:val="00591F7E"/>
    <w:rsid w:val="005C17F4"/>
    <w:rsid w:val="005C775C"/>
    <w:rsid w:val="005E0367"/>
    <w:rsid w:val="005F1DFE"/>
    <w:rsid w:val="005F43DF"/>
    <w:rsid w:val="00607114"/>
    <w:rsid w:val="00614554"/>
    <w:rsid w:val="006160A0"/>
    <w:rsid w:val="006214EA"/>
    <w:rsid w:val="006521CC"/>
    <w:rsid w:val="006715B2"/>
    <w:rsid w:val="006A0249"/>
    <w:rsid w:val="006A36DE"/>
    <w:rsid w:val="006B1A1C"/>
    <w:rsid w:val="006E0682"/>
    <w:rsid w:val="0070220F"/>
    <w:rsid w:val="00726B5C"/>
    <w:rsid w:val="00736BFD"/>
    <w:rsid w:val="007729D9"/>
    <w:rsid w:val="007C57FD"/>
    <w:rsid w:val="007F3A24"/>
    <w:rsid w:val="007F45AD"/>
    <w:rsid w:val="0085407C"/>
    <w:rsid w:val="00886001"/>
    <w:rsid w:val="00886B87"/>
    <w:rsid w:val="008C46AA"/>
    <w:rsid w:val="008C685B"/>
    <w:rsid w:val="008F3A40"/>
    <w:rsid w:val="00901CFE"/>
    <w:rsid w:val="00920391"/>
    <w:rsid w:val="009863E5"/>
    <w:rsid w:val="009A6B67"/>
    <w:rsid w:val="009A6F72"/>
    <w:rsid w:val="009B0BC2"/>
    <w:rsid w:val="009B18AC"/>
    <w:rsid w:val="009B3BF5"/>
    <w:rsid w:val="009D4524"/>
    <w:rsid w:val="009D6279"/>
    <w:rsid w:val="00A140ED"/>
    <w:rsid w:val="00A379DF"/>
    <w:rsid w:val="00A5216A"/>
    <w:rsid w:val="00AA1D8D"/>
    <w:rsid w:val="00AB43EE"/>
    <w:rsid w:val="00AF1882"/>
    <w:rsid w:val="00B10FAB"/>
    <w:rsid w:val="00B2502F"/>
    <w:rsid w:val="00B277E8"/>
    <w:rsid w:val="00B47730"/>
    <w:rsid w:val="00B60D0B"/>
    <w:rsid w:val="00B67FDC"/>
    <w:rsid w:val="00B70233"/>
    <w:rsid w:val="00B9733A"/>
    <w:rsid w:val="00B97FC9"/>
    <w:rsid w:val="00BB74C0"/>
    <w:rsid w:val="00BF77C4"/>
    <w:rsid w:val="00C132CD"/>
    <w:rsid w:val="00C13585"/>
    <w:rsid w:val="00C21D16"/>
    <w:rsid w:val="00C360BD"/>
    <w:rsid w:val="00C46C4C"/>
    <w:rsid w:val="00C56B91"/>
    <w:rsid w:val="00C57B6B"/>
    <w:rsid w:val="00C90425"/>
    <w:rsid w:val="00C932DF"/>
    <w:rsid w:val="00C95BF0"/>
    <w:rsid w:val="00CB0664"/>
    <w:rsid w:val="00CC0B6A"/>
    <w:rsid w:val="00CC1C23"/>
    <w:rsid w:val="00D55DFF"/>
    <w:rsid w:val="00D5784E"/>
    <w:rsid w:val="00DC5185"/>
    <w:rsid w:val="00DD76E8"/>
    <w:rsid w:val="00DE07D6"/>
    <w:rsid w:val="00DF34A3"/>
    <w:rsid w:val="00E131D6"/>
    <w:rsid w:val="00E610F7"/>
    <w:rsid w:val="00E71E5A"/>
    <w:rsid w:val="00E7362D"/>
    <w:rsid w:val="00E74E75"/>
    <w:rsid w:val="00EB26F4"/>
    <w:rsid w:val="00EE13C6"/>
    <w:rsid w:val="00EE3278"/>
    <w:rsid w:val="00EF43A6"/>
    <w:rsid w:val="00F04A69"/>
    <w:rsid w:val="00F25ABC"/>
    <w:rsid w:val="00F66C19"/>
    <w:rsid w:val="00F82DD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148</Words>
  <Characters>846</Characters>
  <Application>Microsoft Office Word</Application>
  <DocSecurity>0</DocSecurity>
  <Lines>7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993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2026-09-03T06:59:00Z</dcterms:created>
  <dcterms:modified xsi:type="dcterms:W3CDTF">2026-09-03T06:59:00Z</dcterms:modified>
  <cp:category/>
</cp:coreProperties>
</file>