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38C5F18" w:rsidR="00C360BD" w:rsidRDefault="008D13F9" w:rsidP="00C360BD">
      <w:pPr>
        <w:jc w:val="center"/>
        <w:rPr>
          <w:b/>
          <w:sz w:val="24"/>
        </w:rPr>
      </w:pPr>
      <w:r w:rsidRPr="008D13F9">
        <w:rPr>
          <w:b/>
          <w:sz w:val="24"/>
        </w:rPr>
        <w:t xml:space="preserve">Petr </w:t>
      </w:r>
      <w:proofErr w:type="spellStart"/>
      <w:r w:rsidRPr="008D13F9">
        <w:rPr>
          <w:b/>
          <w:sz w:val="24"/>
        </w:rPr>
        <w:t>Trahorsch</w:t>
      </w:r>
      <w:proofErr w:type="spellEnd"/>
      <w:r w:rsidRPr="008D13F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D13F9">
        <w:rPr>
          <w:b/>
          <w:sz w:val="24"/>
        </w:rPr>
        <w:t xml:space="preserve">Jan Evangelista </w:t>
      </w:r>
      <w:proofErr w:type="spellStart"/>
      <w:r w:rsidRPr="008D13F9">
        <w:rPr>
          <w:b/>
          <w:sz w:val="24"/>
        </w:rPr>
        <w:t>Purkyně</w:t>
      </w:r>
      <w:proofErr w:type="spellEnd"/>
      <w:r w:rsidRPr="008D13F9">
        <w:rPr>
          <w:b/>
          <w:sz w:val="24"/>
        </w:rPr>
        <w:t xml:space="preserve"> University in Ústí </w:t>
      </w:r>
      <w:proofErr w:type="spellStart"/>
      <w:r w:rsidRPr="008D13F9">
        <w:rPr>
          <w:b/>
          <w:sz w:val="24"/>
        </w:rPr>
        <w:t>nad</w:t>
      </w:r>
      <w:proofErr w:type="spellEnd"/>
      <w:r w:rsidRPr="008D13F9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0F64CE2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43A8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D13F9" w:rsidRPr="008D13F9">
        <w:t xml:space="preserve">Pathways to High Performance in Geography: Perspectives of Geography </w:t>
      </w:r>
      <w:r w:rsidR="008D13F9">
        <w:br/>
      </w:r>
      <w:r w:rsidR="008D13F9" w:rsidRPr="008D13F9">
        <w:t>Olympiad Finalists and Their Teachers</w:t>
      </w:r>
      <w:r>
        <w:t>”</w:t>
      </w:r>
      <w:r w:rsidR="0048495F">
        <w:t xml:space="preserve"> </w:t>
      </w:r>
    </w:p>
    <w:p w14:paraId="16DB20D1" w14:textId="7B25564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D13F9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4A581" w14:textId="77777777" w:rsidR="007F4F01" w:rsidRDefault="007F4F01" w:rsidP="006521CC">
      <w:pPr>
        <w:spacing w:after="0" w:line="240" w:lineRule="auto"/>
      </w:pPr>
      <w:r>
        <w:separator/>
      </w:r>
    </w:p>
  </w:endnote>
  <w:endnote w:type="continuationSeparator" w:id="0">
    <w:p w14:paraId="7CD3A565" w14:textId="77777777" w:rsidR="007F4F01" w:rsidRDefault="007F4F0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2BA0" w14:textId="77777777" w:rsidR="007F4F01" w:rsidRDefault="007F4F01" w:rsidP="006521CC">
      <w:pPr>
        <w:spacing w:after="0" w:line="240" w:lineRule="auto"/>
      </w:pPr>
      <w:r>
        <w:separator/>
      </w:r>
    </w:p>
  </w:footnote>
  <w:footnote w:type="continuationSeparator" w:id="0">
    <w:p w14:paraId="7EBADAC2" w14:textId="77777777" w:rsidR="007F4F01" w:rsidRDefault="007F4F0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7F4F01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2026-09-03T08:28:00Z</dcterms:created>
  <dcterms:modified xsi:type="dcterms:W3CDTF">2026-09-03T08:28:00Z</dcterms:modified>
  <cp:category/>
</cp:coreProperties>
</file>