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EBE8FA0" w:rsidR="00C360BD" w:rsidRDefault="00FF5143" w:rsidP="00C360BD">
      <w:pPr>
        <w:jc w:val="center"/>
        <w:rPr>
          <w:b/>
          <w:sz w:val="24"/>
        </w:rPr>
      </w:pPr>
      <w:r w:rsidRPr="00FF5143">
        <w:rPr>
          <w:b/>
          <w:sz w:val="24"/>
        </w:rPr>
        <w:t>Petr Meyer</w:t>
      </w:r>
      <w:r w:rsidRPr="00FF514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F5143">
        <w:rPr>
          <w:b/>
          <w:sz w:val="24"/>
        </w:rPr>
        <w:t xml:space="preserve">Jan Evangelista </w:t>
      </w:r>
      <w:proofErr w:type="spellStart"/>
      <w:r w:rsidRPr="00FF5143">
        <w:rPr>
          <w:b/>
          <w:sz w:val="24"/>
        </w:rPr>
        <w:t>Purkyně</w:t>
      </w:r>
      <w:proofErr w:type="spellEnd"/>
      <w:r w:rsidRPr="00FF5143">
        <w:rPr>
          <w:b/>
          <w:sz w:val="24"/>
        </w:rPr>
        <w:t xml:space="preserve"> University in Ústí </w:t>
      </w:r>
      <w:proofErr w:type="spellStart"/>
      <w:r w:rsidRPr="00FF5143">
        <w:rPr>
          <w:b/>
          <w:sz w:val="24"/>
        </w:rPr>
        <w:t>nad</w:t>
      </w:r>
      <w:proofErr w:type="spellEnd"/>
      <w:r w:rsidRPr="00FF5143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7DEEA2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proofErr w:type="spellStart"/>
      <w:r w:rsidR="00FF5143" w:rsidRPr="00FF5143">
        <w:t>Spatio</w:t>
      </w:r>
      <w:proofErr w:type="spellEnd"/>
      <w:r w:rsidR="00FF5143" w:rsidRPr="00FF5143">
        <w:t>-temporal Dynamics of School Choice: The Case of Basic Education in Czechia</w:t>
      </w:r>
      <w:r>
        <w:t>”</w:t>
      </w:r>
      <w:r w:rsidR="0048495F">
        <w:t xml:space="preserve"> </w:t>
      </w:r>
    </w:p>
    <w:p w14:paraId="16DB20D1" w14:textId="5F95067A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A44B9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D42C6" w14:textId="77777777" w:rsidR="00224AEE" w:rsidRDefault="00224AEE" w:rsidP="006521CC">
      <w:pPr>
        <w:spacing w:after="0" w:line="240" w:lineRule="auto"/>
      </w:pPr>
      <w:r>
        <w:separator/>
      </w:r>
    </w:p>
  </w:endnote>
  <w:endnote w:type="continuationSeparator" w:id="0">
    <w:p w14:paraId="27884D95" w14:textId="77777777" w:rsidR="00224AEE" w:rsidRDefault="00224AE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E5B04" w14:textId="77777777" w:rsidR="00224AEE" w:rsidRDefault="00224AEE" w:rsidP="006521CC">
      <w:pPr>
        <w:spacing w:after="0" w:line="240" w:lineRule="auto"/>
      </w:pPr>
      <w:r>
        <w:separator/>
      </w:r>
    </w:p>
  </w:footnote>
  <w:footnote w:type="continuationSeparator" w:id="0">
    <w:p w14:paraId="5A3E47F0" w14:textId="77777777" w:rsidR="00224AEE" w:rsidRDefault="00224AE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24AEE"/>
    <w:rsid w:val="00247B2F"/>
    <w:rsid w:val="0029639D"/>
    <w:rsid w:val="002A44B9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2026-09-03T07:19:00Z</dcterms:created>
  <dcterms:modified xsi:type="dcterms:W3CDTF">2026-09-03T07:19:00Z</dcterms:modified>
  <cp:category/>
</cp:coreProperties>
</file>