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32CFBCE" w:rsidR="00C360BD" w:rsidRDefault="002B0023" w:rsidP="00C360BD">
      <w:pPr>
        <w:jc w:val="center"/>
        <w:rPr>
          <w:b/>
          <w:sz w:val="24"/>
        </w:rPr>
      </w:pPr>
      <w:r>
        <w:rPr>
          <w:b/>
          <w:sz w:val="24"/>
        </w:rPr>
        <w:t>Petr Daněk</w:t>
      </w:r>
      <w:r w:rsidR="00582199" w:rsidRPr="0058219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60687B7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E0BA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2B0023" w:rsidRPr="002B0023">
        <w:t>Spaces of everyday food: strengthening food resilience through networks of care</w:t>
      </w:r>
      <w:r>
        <w:t>”</w:t>
      </w:r>
      <w:r w:rsidR="0048495F">
        <w:t xml:space="preserve"> </w:t>
      </w:r>
    </w:p>
    <w:p w14:paraId="16DB20D1" w14:textId="1F0B1AB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82199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AD4AC" w14:textId="77777777" w:rsidR="00EB11EF" w:rsidRDefault="00EB11EF" w:rsidP="006521CC">
      <w:pPr>
        <w:spacing w:after="0" w:line="240" w:lineRule="auto"/>
      </w:pPr>
      <w:r>
        <w:separator/>
      </w:r>
    </w:p>
  </w:endnote>
  <w:endnote w:type="continuationSeparator" w:id="0">
    <w:p w14:paraId="27138724" w14:textId="77777777" w:rsidR="00EB11EF" w:rsidRDefault="00EB11E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2F73E" w14:textId="77777777" w:rsidR="00EB11EF" w:rsidRDefault="00EB11EF" w:rsidP="006521CC">
      <w:pPr>
        <w:spacing w:after="0" w:line="240" w:lineRule="auto"/>
      </w:pPr>
      <w:r>
        <w:separator/>
      </w:r>
    </w:p>
  </w:footnote>
  <w:footnote w:type="continuationSeparator" w:id="0">
    <w:p w14:paraId="275921BE" w14:textId="77777777" w:rsidR="00EB11EF" w:rsidRDefault="00EB11E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8495F"/>
    <w:rsid w:val="004F738E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920391"/>
    <w:rsid w:val="009A6F72"/>
    <w:rsid w:val="009B0BC2"/>
    <w:rsid w:val="009B18AC"/>
    <w:rsid w:val="00A140ED"/>
    <w:rsid w:val="00A5216A"/>
    <w:rsid w:val="00AA1D8D"/>
    <w:rsid w:val="00AB43EE"/>
    <w:rsid w:val="00B47730"/>
    <w:rsid w:val="00B97FC9"/>
    <w:rsid w:val="00C132CD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B11EF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2026-09-02T11:58:00Z</dcterms:created>
  <dcterms:modified xsi:type="dcterms:W3CDTF">2026-09-02T11:58:00Z</dcterms:modified>
  <cp:category/>
</cp:coreProperties>
</file>