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5DEAB6A" w:rsidR="00C360BD" w:rsidRDefault="006952C0" w:rsidP="00C360BD">
      <w:pPr>
        <w:jc w:val="center"/>
        <w:rPr>
          <w:b/>
          <w:sz w:val="24"/>
        </w:rPr>
      </w:pPr>
      <w:r w:rsidRPr="006952C0">
        <w:rPr>
          <w:b/>
          <w:sz w:val="24"/>
        </w:rPr>
        <w:t>Pavol Hric</w:t>
      </w:r>
      <w:r w:rsidRPr="006952C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DB5A38" w:rsidRPr="00DB5A38">
        <w:rPr>
          <w:b/>
          <w:sz w:val="24"/>
        </w:rPr>
        <w:t>Museum of the Victims of Communism in Košice</w:t>
      </w:r>
      <w:r w:rsidR="003F76C2">
        <w:rPr>
          <w:b/>
          <w:sz w:val="24"/>
        </w:rPr>
        <w:t>)</w:t>
      </w:r>
    </w:p>
    <w:p w14:paraId="330776C9" w14:textId="57119DBB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="00DB5A38">
        <w:t xml:space="preserve">n active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5F668F8F" w14:textId="76B619C5" w:rsidR="00DB5A38" w:rsidRDefault="00DB5A38" w:rsidP="00DB5A38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42409" w:rsidRPr="00B42409">
        <w:t>Map of Victims of Communism in Slovakia</w:t>
      </w:r>
      <w:r>
        <w:t xml:space="preserve">” </w:t>
      </w:r>
    </w:p>
    <w:p w14:paraId="163C4425" w14:textId="77777777" w:rsidR="00B42409" w:rsidRDefault="00B42409" w:rsidP="00920391">
      <w:pPr>
        <w:jc w:val="both"/>
        <w:rPr>
          <w:sz w:val="20"/>
        </w:rPr>
      </w:pPr>
    </w:p>
    <w:p w14:paraId="32E6CEC7" w14:textId="210EEE0D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0D7B" w14:textId="77777777" w:rsidR="00BA136C" w:rsidRDefault="00BA136C" w:rsidP="006521CC">
      <w:pPr>
        <w:spacing w:after="0" w:line="240" w:lineRule="auto"/>
      </w:pPr>
      <w:r>
        <w:separator/>
      </w:r>
    </w:p>
  </w:endnote>
  <w:endnote w:type="continuationSeparator" w:id="0">
    <w:p w14:paraId="2A3A1DFF" w14:textId="77777777" w:rsidR="00BA136C" w:rsidRDefault="00BA136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C86E8" w14:textId="77777777" w:rsidR="00BA136C" w:rsidRDefault="00BA136C" w:rsidP="006521CC">
      <w:pPr>
        <w:spacing w:after="0" w:line="240" w:lineRule="auto"/>
      </w:pPr>
      <w:r>
        <w:separator/>
      </w:r>
    </w:p>
  </w:footnote>
  <w:footnote w:type="continuationSeparator" w:id="0">
    <w:p w14:paraId="6FE3004F" w14:textId="77777777" w:rsidR="00BA136C" w:rsidRDefault="00BA136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952C0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36C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B7990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2026-09-03T09:28:00Z</dcterms:created>
  <dcterms:modified xsi:type="dcterms:W3CDTF">2026-09-03T09:28:00Z</dcterms:modified>
  <cp:category/>
</cp:coreProperties>
</file>