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7D18B99A" w:rsidR="00C360BD" w:rsidRDefault="003C5948" w:rsidP="00C360BD">
      <w:pPr>
        <w:jc w:val="center"/>
        <w:rPr>
          <w:b/>
          <w:sz w:val="24"/>
        </w:rPr>
      </w:pPr>
      <w:r w:rsidRPr="003C5948">
        <w:rPr>
          <w:b/>
          <w:sz w:val="24"/>
        </w:rPr>
        <w:t>Pavlo Zhyrnov</w:t>
      </w:r>
      <w:r w:rsidRPr="003C5948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3C5948">
        <w:rPr>
          <w:b/>
          <w:sz w:val="24"/>
        </w:rPr>
        <w:t>Comenius University Bratislava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6CF8C203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351CC7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3C5948" w:rsidRPr="003C5948">
        <w:t xml:space="preserve">Geoenvironmental suitability and engineering-constraints model </w:t>
      </w:r>
      <w:r w:rsidR="003C5948">
        <w:br/>
      </w:r>
      <w:r w:rsidR="003C5948" w:rsidRPr="003C5948">
        <w:t>for the</w:t>
      </w:r>
      <w:r w:rsidR="003C5948">
        <w:t xml:space="preserve"> </w:t>
      </w:r>
      <w:proofErr w:type="spellStart"/>
      <w:r w:rsidR="003C5948" w:rsidRPr="003C5948">
        <w:t>Štiavnické</w:t>
      </w:r>
      <w:proofErr w:type="spellEnd"/>
      <w:r w:rsidR="003C5948" w:rsidRPr="003C5948">
        <w:t xml:space="preserve"> </w:t>
      </w:r>
      <w:proofErr w:type="spellStart"/>
      <w:r w:rsidR="003C5948" w:rsidRPr="003C5948">
        <w:t>vrchy</w:t>
      </w:r>
      <w:proofErr w:type="spellEnd"/>
      <w:r w:rsidR="003C5948" w:rsidRPr="003C5948">
        <w:t xml:space="preserve"> protected landscape</w:t>
      </w:r>
      <w:r>
        <w:t>”</w:t>
      </w:r>
      <w:r w:rsidR="0048495F">
        <w:t xml:space="preserve"> </w:t>
      </w:r>
    </w:p>
    <w:p w14:paraId="16DB20D1" w14:textId="4A6DACB7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3C5948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385E3" w14:textId="77777777" w:rsidR="00096B90" w:rsidRDefault="00096B90" w:rsidP="006521CC">
      <w:pPr>
        <w:spacing w:after="0" w:line="240" w:lineRule="auto"/>
      </w:pPr>
      <w:r>
        <w:separator/>
      </w:r>
    </w:p>
  </w:endnote>
  <w:endnote w:type="continuationSeparator" w:id="0">
    <w:p w14:paraId="6DAD4431" w14:textId="77777777" w:rsidR="00096B90" w:rsidRDefault="00096B90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F4AA3" w14:textId="77777777" w:rsidR="00096B90" w:rsidRDefault="00096B90" w:rsidP="006521CC">
      <w:pPr>
        <w:spacing w:after="0" w:line="240" w:lineRule="auto"/>
      </w:pPr>
      <w:r>
        <w:separator/>
      </w:r>
    </w:p>
  </w:footnote>
  <w:footnote w:type="continuationSeparator" w:id="0">
    <w:p w14:paraId="5214F30C" w14:textId="77777777" w:rsidR="00096B90" w:rsidRDefault="00096B90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37A3E"/>
    <w:rsid w:val="0006063C"/>
    <w:rsid w:val="000628E7"/>
    <w:rsid w:val="00073648"/>
    <w:rsid w:val="000809F7"/>
    <w:rsid w:val="0009007E"/>
    <w:rsid w:val="00096B90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9639D"/>
    <w:rsid w:val="002A44B9"/>
    <w:rsid w:val="002A7470"/>
    <w:rsid w:val="002B0023"/>
    <w:rsid w:val="002F066C"/>
    <w:rsid w:val="002F361F"/>
    <w:rsid w:val="003147CF"/>
    <w:rsid w:val="003202CB"/>
    <w:rsid w:val="00325BF6"/>
    <w:rsid w:val="00326F90"/>
    <w:rsid w:val="00347F2A"/>
    <w:rsid w:val="00351CC7"/>
    <w:rsid w:val="003542D6"/>
    <w:rsid w:val="00354AD2"/>
    <w:rsid w:val="003C5948"/>
    <w:rsid w:val="003D262F"/>
    <w:rsid w:val="003F50F6"/>
    <w:rsid w:val="003F76C2"/>
    <w:rsid w:val="00400246"/>
    <w:rsid w:val="004124AD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4189D"/>
    <w:rsid w:val="0085407C"/>
    <w:rsid w:val="00886001"/>
    <w:rsid w:val="00886B87"/>
    <w:rsid w:val="008C46AA"/>
    <w:rsid w:val="008C5BD5"/>
    <w:rsid w:val="008C685B"/>
    <w:rsid w:val="008F3A40"/>
    <w:rsid w:val="00901CFE"/>
    <w:rsid w:val="00902BBE"/>
    <w:rsid w:val="00920391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F336C"/>
    <w:rsid w:val="00A140ED"/>
    <w:rsid w:val="00A379DF"/>
    <w:rsid w:val="00A43322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4524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0D3D"/>
    <w:rsid w:val="00D55DFF"/>
    <w:rsid w:val="00D5784E"/>
    <w:rsid w:val="00D60A9A"/>
    <w:rsid w:val="00D73ABD"/>
    <w:rsid w:val="00D968DD"/>
    <w:rsid w:val="00DA0589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25ABC"/>
    <w:rsid w:val="00F5106D"/>
    <w:rsid w:val="00F6631A"/>
    <w:rsid w:val="00F66C19"/>
    <w:rsid w:val="00F71703"/>
    <w:rsid w:val="00F82DDE"/>
    <w:rsid w:val="00FA128E"/>
    <w:rsid w:val="00FC693F"/>
    <w:rsid w:val="00FD1A5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2026-09-03T08:16:00Z</dcterms:created>
  <dcterms:modified xsi:type="dcterms:W3CDTF">2026-09-03T08:16:00Z</dcterms:modified>
  <cp:category/>
</cp:coreProperties>
</file>