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1B9B9476" w:rsidR="00C360BD" w:rsidRDefault="00CC1C23" w:rsidP="00C360BD">
      <w:pPr>
        <w:jc w:val="center"/>
        <w:rPr>
          <w:b/>
          <w:sz w:val="24"/>
        </w:rPr>
      </w:pPr>
      <w:r w:rsidRPr="00CC1C23">
        <w:rPr>
          <w:b/>
          <w:sz w:val="24"/>
        </w:rPr>
        <w:t>Péter Gyenizse</w:t>
      </w:r>
      <w:r w:rsidRPr="00CC1C23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="004C2362">
        <w:rPr>
          <w:b/>
          <w:sz w:val="24"/>
        </w:rPr>
        <w:t xml:space="preserve">University </w:t>
      </w:r>
      <w:r>
        <w:rPr>
          <w:b/>
          <w:sz w:val="24"/>
        </w:rPr>
        <w:t>of Pécs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09F6A434" w:rsidR="00920391" w:rsidRDefault="00920391" w:rsidP="007F3A24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EE13C6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400246" w:rsidRPr="00400246">
        <w:t xml:space="preserve">Assessment of residential areas in the city of Szeged (Hungary) using </w:t>
      </w:r>
      <w:r w:rsidR="00400246">
        <w:br/>
      </w:r>
      <w:r w:rsidR="00400246" w:rsidRPr="00400246">
        <w:t>a questionnaire survey and GIS</w:t>
      </w:r>
      <w:r>
        <w:t>”</w:t>
      </w:r>
      <w:r w:rsidR="0048495F">
        <w:t xml:space="preserve"> </w:t>
      </w:r>
    </w:p>
    <w:p w14:paraId="16DB20D1" w14:textId="6666FF66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400246">
        <w:t>220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339AC" w14:textId="77777777" w:rsidR="003B5F75" w:rsidRDefault="003B5F75" w:rsidP="006521CC">
      <w:pPr>
        <w:spacing w:after="0" w:line="240" w:lineRule="auto"/>
      </w:pPr>
      <w:r>
        <w:separator/>
      </w:r>
    </w:p>
  </w:endnote>
  <w:endnote w:type="continuationSeparator" w:id="0">
    <w:p w14:paraId="34EDA072" w14:textId="77777777" w:rsidR="003B5F75" w:rsidRDefault="003B5F75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3B056" w14:textId="77777777" w:rsidR="003B5F75" w:rsidRDefault="003B5F75" w:rsidP="006521CC">
      <w:pPr>
        <w:spacing w:after="0" w:line="240" w:lineRule="auto"/>
      </w:pPr>
      <w:r>
        <w:separator/>
      </w:r>
    </w:p>
  </w:footnote>
  <w:footnote w:type="continuationSeparator" w:id="0">
    <w:p w14:paraId="749EED53" w14:textId="77777777" w:rsidR="003B5F75" w:rsidRDefault="003B5F75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9F7"/>
    <w:rsid w:val="000A7699"/>
    <w:rsid w:val="000E0BA7"/>
    <w:rsid w:val="00121D80"/>
    <w:rsid w:val="001443EF"/>
    <w:rsid w:val="0015074B"/>
    <w:rsid w:val="00151EB7"/>
    <w:rsid w:val="00181F7B"/>
    <w:rsid w:val="00190BA0"/>
    <w:rsid w:val="001E1322"/>
    <w:rsid w:val="001E229C"/>
    <w:rsid w:val="001E2352"/>
    <w:rsid w:val="0020168D"/>
    <w:rsid w:val="00203C34"/>
    <w:rsid w:val="00247B2F"/>
    <w:rsid w:val="0029639D"/>
    <w:rsid w:val="002B0023"/>
    <w:rsid w:val="002F361F"/>
    <w:rsid w:val="00326F90"/>
    <w:rsid w:val="003B5F75"/>
    <w:rsid w:val="003F76C2"/>
    <w:rsid w:val="00400246"/>
    <w:rsid w:val="00425C86"/>
    <w:rsid w:val="0048495F"/>
    <w:rsid w:val="004B7CE2"/>
    <w:rsid w:val="004C2362"/>
    <w:rsid w:val="004F738E"/>
    <w:rsid w:val="00503E25"/>
    <w:rsid w:val="005216FA"/>
    <w:rsid w:val="0054106E"/>
    <w:rsid w:val="00550CB0"/>
    <w:rsid w:val="00582199"/>
    <w:rsid w:val="00591F7E"/>
    <w:rsid w:val="00614554"/>
    <w:rsid w:val="006214EA"/>
    <w:rsid w:val="006521CC"/>
    <w:rsid w:val="006A36DE"/>
    <w:rsid w:val="006E0682"/>
    <w:rsid w:val="007729D9"/>
    <w:rsid w:val="007F3A24"/>
    <w:rsid w:val="007F45AD"/>
    <w:rsid w:val="00886001"/>
    <w:rsid w:val="008C46AA"/>
    <w:rsid w:val="008C685B"/>
    <w:rsid w:val="008F3A40"/>
    <w:rsid w:val="00920391"/>
    <w:rsid w:val="009863E5"/>
    <w:rsid w:val="009A6F72"/>
    <w:rsid w:val="009B0BC2"/>
    <w:rsid w:val="009B18AC"/>
    <w:rsid w:val="009D6279"/>
    <w:rsid w:val="00A140ED"/>
    <w:rsid w:val="00A379DF"/>
    <w:rsid w:val="00A5216A"/>
    <w:rsid w:val="00AA1D8D"/>
    <w:rsid w:val="00AB43EE"/>
    <w:rsid w:val="00AF1882"/>
    <w:rsid w:val="00B47730"/>
    <w:rsid w:val="00B67FDC"/>
    <w:rsid w:val="00B97FC9"/>
    <w:rsid w:val="00BB74C0"/>
    <w:rsid w:val="00C132CD"/>
    <w:rsid w:val="00C13585"/>
    <w:rsid w:val="00C360BD"/>
    <w:rsid w:val="00C56B91"/>
    <w:rsid w:val="00C90425"/>
    <w:rsid w:val="00C932DF"/>
    <w:rsid w:val="00CB0664"/>
    <w:rsid w:val="00CC1C23"/>
    <w:rsid w:val="00D55DFF"/>
    <w:rsid w:val="00D5784E"/>
    <w:rsid w:val="00DC5185"/>
    <w:rsid w:val="00DD76E8"/>
    <w:rsid w:val="00DF34A3"/>
    <w:rsid w:val="00E131D6"/>
    <w:rsid w:val="00E610F7"/>
    <w:rsid w:val="00E7362D"/>
    <w:rsid w:val="00EB26F4"/>
    <w:rsid w:val="00EE13C6"/>
    <w:rsid w:val="00EE3278"/>
    <w:rsid w:val="00EF43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2026-09-02T12:22:00Z</dcterms:created>
  <dcterms:modified xsi:type="dcterms:W3CDTF">2026-09-02T12:22:00Z</dcterms:modified>
  <cp:category/>
</cp:coreProperties>
</file>