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862987A" w:rsidR="00C360BD" w:rsidRDefault="008C5BD5" w:rsidP="00C360BD">
      <w:pPr>
        <w:jc w:val="center"/>
        <w:rPr>
          <w:b/>
          <w:sz w:val="24"/>
        </w:rPr>
      </w:pPr>
      <w:r w:rsidRPr="008C5BD5">
        <w:rPr>
          <w:b/>
          <w:sz w:val="24"/>
        </w:rPr>
        <w:t xml:space="preserve">Ondřej </w:t>
      </w:r>
      <w:proofErr w:type="spellStart"/>
      <w:r w:rsidRPr="008C5BD5">
        <w:rPr>
          <w:b/>
          <w:sz w:val="24"/>
        </w:rPr>
        <w:t>Mulíček</w:t>
      </w:r>
      <w:proofErr w:type="spellEnd"/>
      <w:r w:rsidRPr="008C5BD5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C5BD5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A52D48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C2B7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C5BD5" w:rsidRPr="008C5BD5">
        <w:t xml:space="preserve">Narrating Everyday Mobilities: Learning from Older Adults </w:t>
      </w:r>
      <w:r w:rsidR="008C5BD5">
        <w:br/>
      </w:r>
      <w:r w:rsidR="008C5BD5" w:rsidRPr="008C5BD5">
        <w:t>for Inclusive X-Minute Planning</w:t>
      </w:r>
      <w:r>
        <w:t>”</w:t>
      </w:r>
      <w:r w:rsidR="0048495F">
        <w:t xml:space="preserve"> </w:t>
      </w:r>
    </w:p>
    <w:p w14:paraId="16DB20D1" w14:textId="628F676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F250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F801C" w14:textId="77777777" w:rsidR="00346287" w:rsidRDefault="00346287" w:rsidP="006521CC">
      <w:pPr>
        <w:spacing w:after="0" w:line="240" w:lineRule="auto"/>
      </w:pPr>
      <w:r>
        <w:separator/>
      </w:r>
    </w:p>
  </w:endnote>
  <w:endnote w:type="continuationSeparator" w:id="0">
    <w:p w14:paraId="5910D722" w14:textId="77777777" w:rsidR="00346287" w:rsidRDefault="0034628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7C201" w14:textId="77777777" w:rsidR="00346287" w:rsidRDefault="00346287" w:rsidP="006521CC">
      <w:pPr>
        <w:spacing w:after="0" w:line="240" w:lineRule="auto"/>
      </w:pPr>
      <w:r>
        <w:separator/>
      </w:r>
    </w:p>
  </w:footnote>
  <w:footnote w:type="continuationSeparator" w:id="0">
    <w:p w14:paraId="2380550C" w14:textId="77777777" w:rsidR="00346287" w:rsidRDefault="0034628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F361F"/>
    <w:rsid w:val="003147CF"/>
    <w:rsid w:val="003202CB"/>
    <w:rsid w:val="00326F90"/>
    <w:rsid w:val="00346287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2026-09-03T07:29:00Z</dcterms:created>
  <dcterms:modified xsi:type="dcterms:W3CDTF">2026-09-03T07:29:00Z</dcterms:modified>
  <cp:category/>
</cp:coreProperties>
</file>