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2D21C46" w:rsidR="00C360BD" w:rsidRDefault="00F25ABC" w:rsidP="00C360BD">
      <w:pPr>
        <w:jc w:val="center"/>
        <w:rPr>
          <w:b/>
          <w:sz w:val="24"/>
        </w:rPr>
      </w:pPr>
      <w:r w:rsidRPr="00F25ABC">
        <w:rPr>
          <w:b/>
          <w:sz w:val="24"/>
        </w:rPr>
        <w:t>Ondřej Konečný</w:t>
      </w:r>
      <w:r w:rsidRPr="00F25AB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F25ABC">
        <w:rPr>
          <w:b/>
          <w:sz w:val="24"/>
        </w:rPr>
        <w:t>Mendel University in Brno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7FFF3C0" w:rsidR="00920391" w:rsidRDefault="00920391" w:rsidP="003D262F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452B4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F25ABC" w:rsidRPr="00F25ABC">
        <w:t>What Does the Future Hold for Local Action Groups in the Czech Republic?</w:t>
      </w:r>
      <w:r>
        <w:t>”</w:t>
      </w:r>
      <w:r w:rsidR="0048495F">
        <w:t xml:space="preserve"> </w:t>
      </w:r>
    </w:p>
    <w:p w14:paraId="16DB20D1" w14:textId="227D50D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F25ABC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60846" w14:textId="77777777" w:rsidR="00B71D55" w:rsidRDefault="00B71D55" w:rsidP="006521CC">
      <w:pPr>
        <w:spacing w:after="0" w:line="240" w:lineRule="auto"/>
      </w:pPr>
      <w:r>
        <w:separator/>
      </w:r>
    </w:p>
  </w:endnote>
  <w:endnote w:type="continuationSeparator" w:id="0">
    <w:p w14:paraId="5EE310F7" w14:textId="77777777" w:rsidR="00B71D55" w:rsidRDefault="00B71D55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1A15D" w14:textId="77777777" w:rsidR="00B71D55" w:rsidRDefault="00B71D55" w:rsidP="006521CC">
      <w:pPr>
        <w:spacing w:after="0" w:line="240" w:lineRule="auto"/>
      </w:pPr>
      <w:r>
        <w:separator/>
      </w:r>
    </w:p>
  </w:footnote>
  <w:footnote w:type="continuationSeparator" w:id="0">
    <w:p w14:paraId="45B76467" w14:textId="77777777" w:rsidR="00B71D55" w:rsidRDefault="00B71D55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18A"/>
    <w:rsid w:val="0020168D"/>
    <w:rsid w:val="00203C34"/>
    <w:rsid w:val="00247B2F"/>
    <w:rsid w:val="0029639D"/>
    <w:rsid w:val="002B0023"/>
    <w:rsid w:val="002F361F"/>
    <w:rsid w:val="00326F90"/>
    <w:rsid w:val="00347F2A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71D55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25ABC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2026-09-02T13:01:00Z</dcterms:created>
  <dcterms:modified xsi:type="dcterms:W3CDTF">2026-09-02T13:01:00Z</dcterms:modified>
  <cp:category/>
</cp:coreProperties>
</file>