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19794320" w:rsidR="00C360BD" w:rsidRDefault="00452B42" w:rsidP="00C360BD">
      <w:pPr>
        <w:jc w:val="center"/>
        <w:rPr>
          <w:b/>
          <w:sz w:val="24"/>
        </w:rPr>
      </w:pPr>
      <w:r w:rsidRPr="00452B42">
        <w:rPr>
          <w:b/>
          <w:sz w:val="24"/>
        </w:rPr>
        <w:t xml:space="preserve">Olha </w:t>
      </w:r>
      <w:proofErr w:type="spellStart"/>
      <w:r w:rsidRPr="00452B42">
        <w:rPr>
          <w:b/>
          <w:sz w:val="24"/>
        </w:rPr>
        <w:t>Kachalova</w:t>
      </w:r>
      <w:proofErr w:type="spellEnd"/>
      <w:r w:rsidRPr="00452B42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452B42">
        <w:rPr>
          <w:b/>
          <w:sz w:val="24"/>
        </w:rPr>
        <w:t>Masaryk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705FFD1B" w:rsidR="00920391" w:rsidRDefault="00920391" w:rsidP="003D262F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452B4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452B42" w:rsidRPr="00452B42">
        <w:t>GeoHydroMorphoCZ_10m: An Analysis-Ready Geomorphometric and Hydrographic Dataset for the Czech Republic and Its Applications in Environmental Research</w:t>
      </w:r>
      <w:r>
        <w:t>”</w:t>
      </w:r>
      <w:r w:rsidR="0048495F">
        <w:t xml:space="preserve"> </w:t>
      </w:r>
    </w:p>
    <w:p w14:paraId="16DB20D1" w14:textId="161ECC07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736BFD">
        <w:t>160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16EC5" w14:textId="77777777" w:rsidR="009C634E" w:rsidRDefault="009C634E" w:rsidP="006521CC">
      <w:pPr>
        <w:spacing w:after="0" w:line="240" w:lineRule="auto"/>
      </w:pPr>
      <w:r>
        <w:separator/>
      </w:r>
    </w:p>
  </w:endnote>
  <w:endnote w:type="continuationSeparator" w:id="0">
    <w:p w14:paraId="0EE2613B" w14:textId="77777777" w:rsidR="009C634E" w:rsidRDefault="009C634E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00F48" w14:textId="77777777" w:rsidR="009C634E" w:rsidRDefault="009C634E" w:rsidP="006521CC">
      <w:pPr>
        <w:spacing w:after="0" w:line="240" w:lineRule="auto"/>
      </w:pPr>
      <w:r>
        <w:separator/>
      </w:r>
    </w:p>
  </w:footnote>
  <w:footnote w:type="continuationSeparator" w:id="0">
    <w:p w14:paraId="6AFD0122" w14:textId="77777777" w:rsidR="009C634E" w:rsidRDefault="009C634E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27046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18A"/>
    <w:rsid w:val="0020168D"/>
    <w:rsid w:val="00203C34"/>
    <w:rsid w:val="00247B2F"/>
    <w:rsid w:val="0029639D"/>
    <w:rsid w:val="002B0023"/>
    <w:rsid w:val="002F361F"/>
    <w:rsid w:val="00326F90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F738E"/>
    <w:rsid w:val="00503E25"/>
    <w:rsid w:val="005216FA"/>
    <w:rsid w:val="005406CB"/>
    <w:rsid w:val="0054106E"/>
    <w:rsid w:val="00550CB0"/>
    <w:rsid w:val="00582199"/>
    <w:rsid w:val="00591F7E"/>
    <w:rsid w:val="005C17F4"/>
    <w:rsid w:val="005F43DF"/>
    <w:rsid w:val="00614554"/>
    <w:rsid w:val="006214EA"/>
    <w:rsid w:val="006521CC"/>
    <w:rsid w:val="006715B2"/>
    <w:rsid w:val="006A0249"/>
    <w:rsid w:val="006A36DE"/>
    <w:rsid w:val="006E0682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F72"/>
    <w:rsid w:val="009B0BC2"/>
    <w:rsid w:val="009B18AC"/>
    <w:rsid w:val="009C634E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362D"/>
    <w:rsid w:val="00EB26F4"/>
    <w:rsid w:val="00EE13C6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2026-09-02T12:53:00Z</dcterms:created>
  <dcterms:modified xsi:type="dcterms:W3CDTF">2026-09-02T12:53:00Z</dcterms:modified>
  <cp:category/>
</cp:coreProperties>
</file>