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5810A7B" w:rsidR="00C360BD" w:rsidRDefault="00F7585E" w:rsidP="00C360BD">
      <w:pPr>
        <w:jc w:val="center"/>
        <w:rPr>
          <w:b/>
          <w:sz w:val="24"/>
        </w:rPr>
      </w:pPr>
      <w:r w:rsidRPr="00F7585E">
        <w:rPr>
          <w:b/>
          <w:sz w:val="24"/>
        </w:rPr>
        <w:t>Nathalie Lemarchand</w:t>
      </w:r>
      <w:r w:rsidRPr="00F7585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7585E">
        <w:rPr>
          <w:b/>
          <w:sz w:val="24"/>
        </w:rPr>
        <w:t>President of the IGU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BFFC464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 w:rsidR="00985BCB">
        <w:t xml:space="preserve"> – Keynote lecture</w:t>
      </w:r>
      <w:r>
        <w:br/>
      </w:r>
      <w:r w:rsidR="00985BCB">
        <w:rPr>
          <w:rStyle w:val="Vrazn"/>
        </w:rPr>
        <w:t>Topic</w:t>
      </w:r>
      <w:r>
        <w:rPr>
          <w:rStyle w:val="Vrazn"/>
        </w:rPr>
        <w:t>:</w:t>
      </w:r>
      <w:r>
        <w:t xml:space="preserve"> “</w:t>
      </w:r>
      <w:r w:rsidR="00F7585E" w:rsidRPr="00F7585E">
        <w:t>Recycling shopping areas</w:t>
      </w:r>
      <w:r>
        <w:t>”</w:t>
      </w:r>
      <w:r w:rsidR="0048495F">
        <w:t xml:space="preserve"> </w:t>
      </w:r>
    </w:p>
    <w:p w14:paraId="106782A3" w14:textId="77777777" w:rsidR="00985BCB" w:rsidRDefault="00985BCB" w:rsidP="00920391">
      <w:pPr>
        <w:jc w:val="both"/>
        <w:rPr>
          <w:sz w:val="20"/>
        </w:rPr>
      </w:pPr>
    </w:p>
    <w:p w14:paraId="32E6CEC7" w14:textId="6E0B70B8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 xml:space="preserve">This certificate serves as an official confirmation of participation </w:t>
      </w:r>
      <w:r w:rsidR="00920391">
        <w:rPr>
          <w:sz w:val="20"/>
        </w:rPr>
        <w:t xml:space="preserve">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1768" w14:textId="77777777" w:rsidR="00C523FD" w:rsidRDefault="00C523FD" w:rsidP="006521CC">
      <w:pPr>
        <w:spacing w:after="0" w:line="240" w:lineRule="auto"/>
      </w:pPr>
      <w:r>
        <w:separator/>
      </w:r>
    </w:p>
  </w:endnote>
  <w:endnote w:type="continuationSeparator" w:id="0">
    <w:p w14:paraId="027E2571" w14:textId="77777777" w:rsidR="00C523FD" w:rsidRDefault="00C523F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C3F25" w14:textId="77777777" w:rsidR="00C523FD" w:rsidRDefault="00C523FD" w:rsidP="006521CC">
      <w:pPr>
        <w:spacing w:after="0" w:line="240" w:lineRule="auto"/>
      </w:pPr>
      <w:r>
        <w:separator/>
      </w:r>
    </w:p>
  </w:footnote>
  <w:footnote w:type="continuationSeparator" w:id="0">
    <w:p w14:paraId="7663CF52" w14:textId="77777777" w:rsidR="00C523FD" w:rsidRDefault="00C523F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D2C4C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5BCB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23FD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7585E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2026-09-03T09:33:00Z</dcterms:created>
  <dcterms:modified xsi:type="dcterms:W3CDTF">2026-09-03T09:33:00Z</dcterms:modified>
  <cp:category/>
</cp:coreProperties>
</file>