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6700587" w:rsidR="00C360BD" w:rsidRDefault="0085407C" w:rsidP="00C360BD">
      <w:pPr>
        <w:jc w:val="center"/>
        <w:rPr>
          <w:b/>
          <w:sz w:val="24"/>
        </w:rPr>
      </w:pPr>
      <w:r w:rsidRPr="0085407C">
        <w:rPr>
          <w:b/>
          <w:sz w:val="24"/>
        </w:rPr>
        <w:t>Natalia Jaroszek</w:t>
      </w:r>
      <w:r w:rsidRPr="0085407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5407C">
        <w:rPr>
          <w:b/>
          <w:sz w:val="24"/>
        </w:rPr>
        <w:t>University of Warsaw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5DFCB032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5407C" w:rsidRPr="0085407C">
        <w:t xml:space="preserve">Shaping identity: the impact of “internal” migration on self-perception </w:t>
      </w:r>
      <w:r w:rsidR="00027046">
        <w:br/>
      </w:r>
      <w:r w:rsidR="0085407C" w:rsidRPr="0085407C">
        <w:t>among Czechs and Slovaks</w:t>
      </w:r>
      <w:r>
        <w:t>”</w:t>
      </w:r>
      <w:r w:rsidR="0048495F">
        <w:t xml:space="preserve"> </w:t>
      </w:r>
    </w:p>
    <w:p w14:paraId="16DB20D1" w14:textId="25FFB849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5407C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EB83D" w14:textId="77777777" w:rsidR="00C02BE6" w:rsidRDefault="00C02BE6" w:rsidP="006521CC">
      <w:pPr>
        <w:spacing w:after="0" w:line="240" w:lineRule="auto"/>
      </w:pPr>
      <w:r>
        <w:separator/>
      </w:r>
    </w:p>
  </w:endnote>
  <w:endnote w:type="continuationSeparator" w:id="0">
    <w:p w14:paraId="3AC3F416" w14:textId="77777777" w:rsidR="00C02BE6" w:rsidRDefault="00C02BE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2A2DC" w14:textId="77777777" w:rsidR="00C02BE6" w:rsidRDefault="00C02BE6" w:rsidP="006521CC">
      <w:pPr>
        <w:spacing w:after="0" w:line="240" w:lineRule="auto"/>
      </w:pPr>
      <w:r>
        <w:separator/>
      </w:r>
    </w:p>
  </w:footnote>
  <w:footnote w:type="continuationSeparator" w:id="0">
    <w:p w14:paraId="5B099038" w14:textId="77777777" w:rsidR="00C02BE6" w:rsidRDefault="00C02BE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36DE"/>
    <w:rsid w:val="006E0682"/>
    <w:rsid w:val="00726B5C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02BE6"/>
    <w:rsid w:val="00C132CD"/>
    <w:rsid w:val="00C13585"/>
    <w:rsid w:val="00C21D16"/>
    <w:rsid w:val="00C360BD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2026-09-02T12:44:00Z</dcterms:created>
  <dcterms:modified xsi:type="dcterms:W3CDTF">2026-09-02T12:44:00Z</dcterms:modified>
  <cp:category/>
</cp:coreProperties>
</file>