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72269C3C" w:rsidR="00C360BD" w:rsidRDefault="00F33402" w:rsidP="00C360BD">
      <w:pPr>
        <w:jc w:val="center"/>
        <w:rPr>
          <w:b/>
          <w:sz w:val="24"/>
        </w:rPr>
      </w:pPr>
      <w:r w:rsidRPr="00F33402">
        <w:rPr>
          <w:b/>
          <w:sz w:val="24"/>
        </w:rPr>
        <w:t xml:space="preserve">Miroslava </w:t>
      </w:r>
      <w:proofErr w:type="spellStart"/>
      <w:r w:rsidRPr="00F33402">
        <w:rPr>
          <w:b/>
          <w:sz w:val="24"/>
        </w:rPr>
        <w:t>Trembošová</w:t>
      </w:r>
      <w:proofErr w:type="spellEnd"/>
      <w:r w:rsidRPr="00F33402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F33402">
        <w:rPr>
          <w:b/>
          <w:sz w:val="24"/>
        </w:rPr>
        <w:t>Constantine the Philosopher University in Nitra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3311BB81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943A89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B148B1" w:rsidRPr="00B148B1">
        <w:t xml:space="preserve">Localization and expansion of grocery stores of selected retail chains </w:t>
      </w:r>
      <w:r w:rsidR="00B148B1">
        <w:br/>
      </w:r>
      <w:r w:rsidR="00B148B1" w:rsidRPr="00B148B1">
        <w:t>in the Czech Republic and Slovakia</w:t>
      </w:r>
      <w:r>
        <w:t>”</w:t>
      </w:r>
      <w:r w:rsidR="0048495F">
        <w:t xml:space="preserve"> </w:t>
      </w:r>
    </w:p>
    <w:p w14:paraId="16DB20D1" w14:textId="3FFC5920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943A89">
        <w:t>190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DBB30" w14:textId="77777777" w:rsidR="00861067" w:rsidRDefault="00861067" w:rsidP="006521CC">
      <w:pPr>
        <w:spacing w:after="0" w:line="240" w:lineRule="auto"/>
      </w:pPr>
      <w:r>
        <w:separator/>
      </w:r>
    </w:p>
  </w:endnote>
  <w:endnote w:type="continuationSeparator" w:id="0">
    <w:p w14:paraId="277613D0" w14:textId="77777777" w:rsidR="00861067" w:rsidRDefault="00861067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09B32" w14:textId="77777777" w:rsidR="00861067" w:rsidRDefault="00861067" w:rsidP="006521CC">
      <w:pPr>
        <w:spacing w:after="0" w:line="240" w:lineRule="auto"/>
      </w:pPr>
      <w:r>
        <w:separator/>
      </w:r>
    </w:p>
  </w:footnote>
  <w:footnote w:type="continuationSeparator" w:id="0">
    <w:p w14:paraId="0ACC5326" w14:textId="77777777" w:rsidR="00861067" w:rsidRDefault="00861067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37A3E"/>
    <w:rsid w:val="0006063C"/>
    <w:rsid w:val="000628E7"/>
    <w:rsid w:val="00073648"/>
    <w:rsid w:val="000809F7"/>
    <w:rsid w:val="0009007E"/>
    <w:rsid w:val="000A7699"/>
    <w:rsid w:val="000C2B74"/>
    <w:rsid w:val="000D682E"/>
    <w:rsid w:val="000E0BA7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76166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9639D"/>
    <w:rsid w:val="002A44B9"/>
    <w:rsid w:val="002A7470"/>
    <w:rsid w:val="002B0023"/>
    <w:rsid w:val="002F066C"/>
    <w:rsid w:val="002F361F"/>
    <w:rsid w:val="003147CF"/>
    <w:rsid w:val="003202CB"/>
    <w:rsid w:val="00325BF6"/>
    <w:rsid w:val="00326F90"/>
    <w:rsid w:val="00347F2A"/>
    <w:rsid w:val="00351CC7"/>
    <w:rsid w:val="003542D6"/>
    <w:rsid w:val="00354AD2"/>
    <w:rsid w:val="003C5948"/>
    <w:rsid w:val="003D262F"/>
    <w:rsid w:val="003F50F6"/>
    <w:rsid w:val="003F76C2"/>
    <w:rsid w:val="00400246"/>
    <w:rsid w:val="004124AD"/>
    <w:rsid w:val="0041783B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06FD3"/>
    <w:rsid w:val="005216FA"/>
    <w:rsid w:val="005364D7"/>
    <w:rsid w:val="005406CB"/>
    <w:rsid w:val="0054106E"/>
    <w:rsid w:val="00550CB0"/>
    <w:rsid w:val="00582199"/>
    <w:rsid w:val="00591F7E"/>
    <w:rsid w:val="005A5694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37D06"/>
    <w:rsid w:val="006521CC"/>
    <w:rsid w:val="00663F88"/>
    <w:rsid w:val="006715B2"/>
    <w:rsid w:val="00680015"/>
    <w:rsid w:val="006A0249"/>
    <w:rsid w:val="006A36DE"/>
    <w:rsid w:val="006A3DF2"/>
    <w:rsid w:val="006A6000"/>
    <w:rsid w:val="006B1A1C"/>
    <w:rsid w:val="006B48F4"/>
    <w:rsid w:val="006E0682"/>
    <w:rsid w:val="0070220F"/>
    <w:rsid w:val="00726B5C"/>
    <w:rsid w:val="007274B7"/>
    <w:rsid w:val="00736BFD"/>
    <w:rsid w:val="007729D9"/>
    <w:rsid w:val="007C57FD"/>
    <w:rsid w:val="007F250E"/>
    <w:rsid w:val="007F3A24"/>
    <w:rsid w:val="007F45AD"/>
    <w:rsid w:val="0084189D"/>
    <w:rsid w:val="0085407C"/>
    <w:rsid w:val="00861067"/>
    <w:rsid w:val="00886001"/>
    <w:rsid w:val="00886B87"/>
    <w:rsid w:val="008C46AA"/>
    <w:rsid w:val="008C5BD5"/>
    <w:rsid w:val="008C685B"/>
    <w:rsid w:val="008F3A40"/>
    <w:rsid w:val="00901CFE"/>
    <w:rsid w:val="00902BBE"/>
    <w:rsid w:val="00920391"/>
    <w:rsid w:val="00943A89"/>
    <w:rsid w:val="00951762"/>
    <w:rsid w:val="0096413A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F336C"/>
    <w:rsid w:val="00A140ED"/>
    <w:rsid w:val="00A26308"/>
    <w:rsid w:val="00A379DF"/>
    <w:rsid w:val="00A43322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148B1"/>
    <w:rsid w:val="00B2502F"/>
    <w:rsid w:val="00B277E8"/>
    <w:rsid w:val="00B47730"/>
    <w:rsid w:val="00B60D0B"/>
    <w:rsid w:val="00B67FDC"/>
    <w:rsid w:val="00B70233"/>
    <w:rsid w:val="00B7219F"/>
    <w:rsid w:val="00B85D57"/>
    <w:rsid w:val="00B9733A"/>
    <w:rsid w:val="00B97FC9"/>
    <w:rsid w:val="00BA1576"/>
    <w:rsid w:val="00BB74C0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84524"/>
    <w:rsid w:val="00C853D9"/>
    <w:rsid w:val="00C90425"/>
    <w:rsid w:val="00C932DF"/>
    <w:rsid w:val="00C9426E"/>
    <w:rsid w:val="00C95BF0"/>
    <w:rsid w:val="00CB0664"/>
    <w:rsid w:val="00CC0B6A"/>
    <w:rsid w:val="00CC1C23"/>
    <w:rsid w:val="00D20CA2"/>
    <w:rsid w:val="00D50D3D"/>
    <w:rsid w:val="00D55DFF"/>
    <w:rsid w:val="00D5784E"/>
    <w:rsid w:val="00D60A9A"/>
    <w:rsid w:val="00D73ABD"/>
    <w:rsid w:val="00D968DD"/>
    <w:rsid w:val="00DA0589"/>
    <w:rsid w:val="00DC5185"/>
    <w:rsid w:val="00DD76E8"/>
    <w:rsid w:val="00DE07D6"/>
    <w:rsid w:val="00DF34A3"/>
    <w:rsid w:val="00E131D6"/>
    <w:rsid w:val="00E37E56"/>
    <w:rsid w:val="00E610F7"/>
    <w:rsid w:val="00E63839"/>
    <w:rsid w:val="00E71E5A"/>
    <w:rsid w:val="00E7362D"/>
    <w:rsid w:val="00EB26F4"/>
    <w:rsid w:val="00EE13C6"/>
    <w:rsid w:val="00EE3278"/>
    <w:rsid w:val="00EE4A83"/>
    <w:rsid w:val="00EF43A6"/>
    <w:rsid w:val="00F04A69"/>
    <w:rsid w:val="00F25ABC"/>
    <w:rsid w:val="00F33402"/>
    <w:rsid w:val="00F5106D"/>
    <w:rsid w:val="00F6631A"/>
    <w:rsid w:val="00F66C19"/>
    <w:rsid w:val="00F71703"/>
    <w:rsid w:val="00F82DDE"/>
    <w:rsid w:val="00FA128E"/>
    <w:rsid w:val="00FA65A5"/>
    <w:rsid w:val="00FC693F"/>
    <w:rsid w:val="00FD1A5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2026-09-03T08:26:00Z</dcterms:created>
  <dcterms:modified xsi:type="dcterms:W3CDTF">2026-09-03T08:26:00Z</dcterms:modified>
  <cp:category/>
</cp:coreProperties>
</file>