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81D65" w14:textId="7216B687" w:rsidR="00920391" w:rsidRDefault="00920391">
      <w:pPr>
        <w:jc w:val="center"/>
        <w:rPr>
          <w:b/>
          <w:color w:val="1F4E79"/>
          <w:sz w:val="32"/>
        </w:rPr>
      </w:pPr>
    </w:p>
    <w:p w14:paraId="1A301DE3" w14:textId="6E79C2EE" w:rsidR="009A6F72" w:rsidRDefault="009A6F72">
      <w:pPr>
        <w:jc w:val="center"/>
        <w:rPr>
          <w:b/>
          <w:color w:val="1F4E79"/>
          <w:sz w:val="32"/>
        </w:rPr>
      </w:pPr>
      <w:r>
        <w:rPr>
          <w:b/>
          <w:color w:val="1F4E79"/>
          <w:sz w:val="32"/>
        </w:rPr>
        <w:t>C</w:t>
      </w:r>
      <w:r w:rsidRPr="009A6F72">
        <w:rPr>
          <w:b/>
          <w:color w:val="1F4E79"/>
          <w:sz w:val="32"/>
        </w:rPr>
        <w:t>ERTIFICATE OF PARTICIPATION AND PAYMENT CONFIRMATION</w:t>
      </w:r>
    </w:p>
    <w:p w14:paraId="6BDB4DF7" w14:textId="7491D89E" w:rsidR="002F361F" w:rsidRDefault="003F76C2">
      <w:pPr>
        <w:jc w:val="center"/>
      </w:pPr>
      <w:r>
        <w:rPr>
          <w:color w:val="6CC07A"/>
          <w:sz w:val="20"/>
        </w:rPr>
        <w:t>●  ●  ●</w:t>
      </w:r>
    </w:p>
    <w:p w14:paraId="6FE51074" w14:textId="77777777" w:rsidR="002F361F" w:rsidRDefault="003F76C2">
      <w:pPr>
        <w:jc w:val="center"/>
      </w:pPr>
      <w:r>
        <w:t>This is to certify that</w:t>
      </w:r>
    </w:p>
    <w:p w14:paraId="41B5180B" w14:textId="277DD273" w:rsidR="00C360BD" w:rsidRDefault="00C46C4C" w:rsidP="00C360BD">
      <w:pPr>
        <w:jc w:val="center"/>
        <w:rPr>
          <w:b/>
          <w:sz w:val="24"/>
        </w:rPr>
      </w:pPr>
      <w:r w:rsidRPr="00C46C4C">
        <w:rPr>
          <w:b/>
          <w:sz w:val="24"/>
        </w:rPr>
        <w:t>Milan Jeřábek</w:t>
      </w:r>
      <w:r w:rsidRPr="00C46C4C">
        <w:rPr>
          <w:b/>
          <w:sz w:val="24"/>
        </w:rPr>
        <w:t xml:space="preserve"> </w:t>
      </w:r>
      <w:r w:rsidR="003F76C2">
        <w:rPr>
          <w:b/>
          <w:sz w:val="24"/>
        </w:rPr>
        <w:t>(</w:t>
      </w:r>
      <w:r>
        <w:rPr>
          <w:b/>
          <w:sz w:val="24"/>
        </w:rPr>
        <w:t xml:space="preserve">Masaryk </w:t>
      </w:r>
      <w:r w:rsidR="0085407C" w:rsidRPr="0085407C">
        <w:rPr>
          <w:b/>
          <w:sz w:val="24"/>
        </w:rPr>
        <w:t>University</w:t>
      </w:r>
      <w:r w:rsidR="003F76C2">
        <w:rPr>
          <w:b/>
          <w:sz w:val="24"/>
        </w:rPr>
        <w:t>)</w:t>
      </w:r>
    </w:p>
    <w:p w14:paraId="330776C9" w14:textId="77777777" w:rsidR="009A6F72" w:rsidRDefault="009A6F72">
      <w:pPr>
        <w:jc w:val="center"/>
      </w:pPr>
      <w:r w:rsidRPr="009A6F72">
        <w:t>participated as an active participant in the</w:t>
      </w:r>
    </w:p>
    <w:p w14:paraId="46F20026" w14:textId="16D2E0D1" w:rsidR="002F361F" w:rsidRDefault="003F76C2">
      <w:pPr>
        <w:jc w:val="center"/>
        <w:rPr>
          <w:b/>
        </w:rPr>
      </w:pPr>
      <w:r>
        <w:rPr>
          <w:b/>
        </w:rPr>
        <w:t xml:space="preserve">4th Joint Congress of the Czech and Slovak Geographical Societies – </w:t>
      </w:r>
      <w:r w:rsidR="00C90425">
        <w:rPr>
          <w:b/>
        </w:rPr>
        <w:br/>
      </w:r>
      <w:r>
        <w:rPr>
          <w:b/>
        </w:rPr>
        <w:t>Geography in the Changing World</w:t>
      </w:r>
    </w:p>
    <w:p w14:paraId="0EAE7451" w14:textId="5A97CC40" w:rsidR="002F361F" w:rsidRDefault="003F76C2">
      <w:pPr>
        <w:jc w:val="center"/>
      </w:pPr>
      <w:r>
        <w:t>held on 7–10 September 2026 at Pavol Jozef Šafárik University in Košice, Slovakia.</w:t>
      </w:r>
    </w:p>
    <w:p w14:paraId="0C838C6B" w14:textId="4712EF32" w:rsidR="00920391" w:rsidRDefault="00920391" w:rsidP="005406CB">
      <w:pPr>
        <w:jc w:val="center"/>
      </w:pPr>
      <w:r>
        <w:rPr>
          <w:rStyle w:val="Vrazn"/>
        </w:rPr>
        <w:t>Type of participation:</w:t>
      </w:r>
      <w:r>
        <w:t xml:space="preserve"> </w:t>
      </w:r>
      <w:r w:rsidR="005F43DF">
        <w:t>Active</w:t>
      </w:r>
      <w:r>
        <w:t xml:space="preserve"> participation</w:t>
      </w:r>
      <w:r>
        <w:br/>
      </w:r>
      <w:r>
        <w:rPr>
          <w:rStyle w:val="Vrazn"/>
        </w:rPr>
        <w:t>Contribution:</w:t>
      </w:r>
      <w:r>
        <w:t xml:space="preserve"> “</w:t>
      </w:r>
      <w:r w:rsidR="00C46C4C" w:rsidRPr="00C46C4C">
        <w:t xml:space="preserve">The Czech-Slovak Border Region – Town-twinning as a Form </w:t>
      </w:r>
      <w:r w:rsidR="00C46C4C">
        <w:br/>
      </w:r>
      <w:r w:rsidR="00C46C4C" w:rsidRPr="00C46C4C">
        <w:t>of Cross-Border Cooperation</w:t>
      </w:r>
      <w:r>
        <w:t>”</w:t>
      </w:r>
      <w:r w:rsidR="0048495F">
        <w:t xml:space="preserve"> </w:t>
      </w:r>
    </w:p>
    <w:p w14:paraId="16DB20D1" w14:textId="2F6CACF6" w:rsidR="009A6F72" w:rsidRDefault="009A6F72">
      <w:pPr>
        <w:jc w:val="center"/>
      </w:pPr>
      <w:r w:rsidRPr="009A6F72">
        <w:t>We also confirm that the participation fee in the amount of</w:t>
      </w:r>
      <w:r>
        <w:t xml:space="preserve"> </w:t>
      </w:r>
      <w:r w:rsidR="00C46C4C">
        <w:t>220</w:t>
      </w:r>
      <w:r>
        <w:t xml:space="preserve"> EUR </w:t>
      </w:r>
      <w:r w:rsidRPr="009A6F72">
        <w:t>has been duly paid.</w:t>
      </w:r>
    </w:p>
    <w:p w14:paraId="1B4D948D" w14:textId="4E7EBFEF" w:rsidR="009A6F72" w:rsidRDefault="009A6F72">
      <w:pPr>
        <w:jc w:val="center"/>
      </w:pPr>
      <w:r>
        <w:t>Payment recipient</w:t>
      </w:r>
    </w:p>
    <w:p w14:paraId="6F9611A2" w14:textId="2CA55629" w:rsidR="009A6F72" w:rsidRDefault="009A6F72">
      <w:pPr>
        <w:jc w:val="center"/>
      </w:pPr>
      <w:r>
        <w:rPr>
          <w:rStyle w:val="Vrazn"/>
        </w:rPr>
        <w:t>Civil Association NATURAL SCIENTIST</w:t>
      </w:r>
      <w:r w:rsidR="00920391">
        <w:rPr>
          <w:rStyle w:val="Vrazn"/>
        </w:rPr>
        <w:t>/</w:t>
      </w:r>
      <w:proofErr w:type="spellStart"/>
      <w:r w:rsidR="00920391" w:rsidRPr="00920391">
        <w:rPr>
          <w:rStyle w:val="Vrazn"/>
        </w:rPr>
        <w:t>Občianske</w:t>
      </w:r>
      <w:proofErr w:type="spellEnd"/>
      <w:r w:rsidR="00920391" w:rsidRPr="00920391">
        <w:rPr>
          <w:rStyle w:val="Vrazn"/>
        </w:rPr>
        <w:t xml:space="preserve"> </w:t>
      </w:r>
      <w:proofErr w:type="spellStart"/>
      <w:r w:rsidR="00920391" w:rsidRPr="00920391">
        <w:rPr>
          <w:rStyle w:val="Vrazn"/>
        </w:rPr>
        <w:t>združenie</w:t>
      </w:r>
      <w:proofErr w:type="spellEnd"/>
      <w:r w:rsidR="00920391" w:rsidRPr="00920391">
        <w:rPr>
          <w:rStyle w:val="Vrazn"/>
        </w:rPr>
        <w:t xml:space="preserve"> PRÍRODOVEDEC</w:t>
      </w:r>
      <w:r>
        <w:br/>
      </w:r>
      <w:proofErr w:type="spellStart"/>
      <w:r>
        <w:t>Šrobárova</w:t>
      </w:r>
      <w:proofErr w:type="spellEnd"/>
      <w:r>
        <w:t xml:space="preserve"> 2, 041 54 Košice, Slovakia</w:t>
      </w:r>
      <w:r>
        <w:br/>
      </w:r>
      <w:r>
        <w:rPr>
          <w:rStyle w:val="Vrazn"/>
        </w:rPr>
        <w:t>Registration No.: 31299326</w:t>
      </w:r>
      <w:r>
        <w:br/>
      </w:r>
      <w:r>
        <w:rPr>
          <w:rStyle w:val="Vrazn"/>
        </w:rPr>
        <w:t>Tax ID No.: 2021538475</w:t>
      </w:r>
    </w:p>
    <w:p w14:paraId="32E6CEC7" w14:textId="4915B2E3" w:rsidR="002F361F" w:rsidRDefault="009B18AC" w:rsidP="00920391">
      <w:pPr>
        <w:jc w:val="both"/>
      </w:pPr>
      <w:r>
        <w:rPr>
          <w:noProof/>
          <w:sz w:val="24"/>
          <w:szCs w:val="24"/>
          <w:lang w:val="sk-SK" w:eastAsia="sk-SK"/>
        </w:rPr>
        <w:drawing>
          <wp:anchor distT="0" distB="0" distL="114300" distR="114300" simplePos="0" relativeHeight="251658240" behindDoc="1" locked="0" layoutInCell="1" allowOverlap="1" wp14:anchorId="26668E6E" wp14:editId="4C3E5170">
            <wp:simplePos x="0" y="0"/>
            <wp:positionH relativeFrom="column">
              <wp:posOffset>4822535</wp:posOffset>
            </wp:positionH>
            <wp:positionV relativeFrom="paragraph">
              <wp:posOffset>220345</wp:posOffset>
            </wp:positionV>
            <wp:extent cx="1384300" cy="841585"/>
            <wp:effectExtent l="0" t="0" r="0" b="0"/>
            <wp:wrapNone/>
            <wp:docPr id="229599069" name="Obrázok 1" descr="Obrázok, na ktorom je text, písmo, rukopis, kaligrafia&#10;&#10;Automaticky generovaný popi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599069" name="Obrázok 1" descr="Obrázok, na ktorom je text, písmo, rukopis, kaligrafia&#10;&#10;Automaticky generovaný popis"/>
                    <pic:cNvPicPr/>
                  </pic:nvPicPr>
                  <pic:blipFill>
                    <a:blip r:embed="rId8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300" cy="841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20391" w:rsidRPr="00920391">
        <w:rPr>
          <w:sz w:val="20"/>
        </w:rPr>
        <w:t>This certificate serves as an official confirmation of participation and paym</w:t>
      </w:r>
      <w:r w:rsidR="00920391">
        <w:rPr>
          <w:sz w:val="20"/>
        </w:rPr>
        <w:t xml:space="preserve">ent and is issued for academic, </w:t>
      </w:r>
      <w:r w:rsidR="00920391" w:rsidRPr="00920391">
        <w:rPr>
          <w:sz w:val="20"/>
        </w:rPr>
        <w:t>administrative, and accounting purposes.</w:t>
      </w:r>
      <w:r w:rsidRPr="009B18AC">
        <w:rPr>
          <w:noProof/>
          <w:sz w:val="24"/>
          <w:szCs w:val="24"/>
          <w:lang w:eastAsia="sk-SK"/>
        </w:rPr>
        <w:t xml:space="preserve"> </w:t>
      </w:r>
    </w:p>
    <w:p w14:paraId="5F1A5C01" w14:textId="587F22DE" w:rsidR="002F361F" w:rsidRDefault="000809F7">
      <w:r>
        <w:rPr>
          <w:noProof/>
          <w:sz w:val="20"/>
        </w:rPr>
        <w:drawing>
          <wp:anchor distT="0" distB="0" distL="114300" distR="114300" simplePos="0" relativeHeight="251659264" behindDoc="1" locked="0" layoutInCell="1" allowOverlap="1" wp14:anchorId="68D9E724" wp14:editId="68EC5A7B">
            <wp:simplePos x="0" y="0"/>
            <wp:positionH relativeFrom="column">
              <wp:posOffset>743373</wp:posOffset>
            </wp:positionH>
            <wp:positionV relativeFrom="paragraph">
              <wp:posOffset>11007</wp:posOffset>
            </wp:positionV>
            <wp:extent cx="895350" cy="485048"/>
            <wp:effectExtent l="0" t="0" r="0" b="0"/>
            <wp:wrapNone/>
            <wp:docPr id="574645734" name="Obrázo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4850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p w14:paraId="114878CB" w14:textId="765F3D57" w:rsidR="002F361F" w:rsidRDefault="009B18AC" w:rsidP="00920391">
      <w:pPr>
        <w:spacing w:after="0"/>
        <w:rPr>
          <w:sz w:val="20"/>
        </w:rPr>
      </w:pPr>
      <w:r>
        <w:rPr>
          <w:sz w:val="20"/>
        </w:rPr>
        <w:t xml:space="preserve">Ladislav Novotný </w:t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</w:r>
      <w:r>
        <w:rPr>
          <w:sz w:val="20"/>
        </w:rPr>
        <w:tab/>
        <w:t xml:space="preserve">Marián </w:t>
      </w:r>
      <w:proofErr w:type="spellStart"/>
      <w:r>
        <w:rPr>
          <w:sz w:val="20"/>
        </w:rPr>
        <w:t>Kireš</w:t>
      </w:r>
      <w:proofErr w:type="spellEnd"/>
    </w:p>
    <w:p w14:paraId="3961F92E" w14:textId="292B8BD9" w:rsidR="00C90425" w:rsidRPr="009B18AC" w:rsidRDefault="00C90425" w:rsidP="009B18AC">
      <w:pPr>
        <w:spacing w:after="0"/>
        <w:rPr>
          <w:sz w:val="20"/>
        </w:rPr>
      </w:pPr>
      <w:r>
        <w:rPr>
          <w:sz w:val="20"/>
        </w:rPr>
        <w:t>Chair of Organizing Committee</w:t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  <w:t xml:space="preserve">OZ </w:t>
      </w:r>
      <w:proofErr w:type="spellStart"/>
      <w:r w:rsidR="009B18AC">
        <w:rPr>
          <w:sz w:val="20"/>
        </w:rPr>
        <w:t>Prírodovedec</w:t>
      </w:r>
      <w:proofErr w:type="spellEnd"/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  <w:r w:rsidR="009B18AC">
        <w:rPr>
          <w:sz w:val="20"/>
        </w:rPr>
        <w:tab/>
      </w:r>
    </w:p>
    <w:sectPr w:rsidR="00C90425" w:rsidRPr="009B18AC" w:rsidSect="00920391">
      <w:headerReference w:type="default" r:id="rId10"/>
      <w:pgSz w:w="12240" w:h="15840"/>
      <w:pgMar w:top="599" w:right="1296" w:bottom="1008" w:left="129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0433C" w14:textId="77777777" w:rsidR="00BC77E8" w:rsidRDefault="00BC77E8" w:rsidP="006521CC">
      <w:pPr>
        <w:spacing w:after="0" w:line="240" w:lineRule="auto"/>
      </w:pPr>
      <w:r>
        <w:separator/>
      </w:r>
    </w:p>
  </w:endnote>
  <w:endnote w:type="continuationSeparator" w:id="0">
    <w:p w14:paraId="3D869290" w14:textId="77777777" w:rsidR="00BC77E8" w:rsidRDefault="00BC77E8" w:rsidP="006521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617851" w14:textId="77777777" w:rsidR="00BC77E8" w:rsidRDefault="00BC77E8" w:rsidP="006521CC">
      <w:pPr>
        <w:spacing w:after="0" w:line="240" w:lineRule="auto"/>
      </w:pPr>
      <w:r>
        <w:separator/>
      </w:r>
    </w:p>
  </w:footnote>
  <w:footnote w:type="continuationSeparator" w:id="0">
    <w:p w14:paraId="55B5A4ED" w14:textId="77777777" w:rsidR="00BC77E8" w:rsidRDefault="00BC77E8" w:rsidP="006521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F7132" w14:textId="77777777" w:rsidR="006521CC" w:rsidRDefault="006521CC">
    <w:pPr>
      <w:pStyle w:val="Hlavika"/>
    </w:pPr>
    <w:r>
      <w:rPr>
        <w:noProof/>
        <w:lang w:val="sk-SK" w:eastAsia="sk-SK"/>
      </w:rPr>
      <w:drawing>
        <wp:inline distT="0" distB="0" distL="0" distR="0" wp14:anchorId="23FBC090" wp14:editId="6E3E97C3">
          <wp:extent cx="6048375" cy="2207332"/>
          <wp:effectExtent l="0" t="0" r="0" b="2540"/>
          <wp:docPr id="4" name="Obrázo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Obrázok 7"/>
                  <pic:cNvPicPr>
                    <a:picLocks noChangeAspect="1"/>
                  </pic:cNvPicPr>
                </pic:nvPicPr>
                <pic:blipFill rotWithShape="1">
                  <a:blip r:embed="rId1"/>
                  <a:srcRect r="14620"/>
                  <a:stretch/>
                </pic:blipFill>
                <pic:spPr bwMode="auto">
                  <a:xfrm>
                    <a:off x="0" y="0"/>
                    <a:ext cx="6160203" cy="224814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3DC6702B" w14:textId="77777777" w:rsidR="0020168D" w:rsidRPr="0020168D" w:rsidRDefault="0020168D">
    <w:pPr>
      <w:pStyle w:val="Hlavika"/>
      <w:rPr>
        <w:sz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26313966">
    <w:abstractNumId w:val="8"/>
  </w:num>
  <w:num w:numId="2" w16cid:durableId="2039499424">
    <w:abstractNumId w:val="6"/>
  </w:num>
  <w:num w:numId="3" w16cid:durableId="1820800476">
    <w:abstractNumId w:val="5"/>
  </w:num>
  <w:num w:numId="4" w16cid:durableId="1150708172">
    <w:abstractNumId w:val="4"/>
  </w:num>
  <w:num w:numId="5" w16cid:durableId="487749062">
    <w:abstractNumId w:val="7"/>
  </w:num>
  <w:num w:numId="6" w16cid:durableId="1784838022">
    <w:abstractNumId w:val="3"/>
  </w:num>
  <w:num w:numId="7" w16cid:durableId="1793353731">
    <w:abstractNumId w:val="2"/>
  </w:num>
  <w:num w:numId="8" w16cid:durableId="2108114154">
    <w:abstractNumId w:val="1"/>
  </w:num>
  <w:num w:numId="9" w16cid:durableId="7269532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7730"/>
    <w:rsid w:val="00027046"/>
    <w:rsid w:val="00034616"/>
    <w:rsid w:val="0006063C"/>
    <w:rsid w:val="000809F7"/>
    <w:rsid w:val="000A7699"/>
    <w:rsid w:val="000E0BA7"/>
    <w:rsid w:val="00121D80"/>
    <w:rsid w:val="001443EF"/>
    <w:rsid w:val="0015074B"/>
    <w:rsid w:val="00151EB7"/>
    <w:rsid w:val="00181F7B"/>
    <w:rsid w:val="00190BA0"/>
    <w:rsid w:val="001E1322"/>
    <w:rsid w:val="001E229C"/>
    <w:rsid w:val="001E2352"/>
    <w:rsid w:val="0020118A"/>
    <w:rsid w:val="0020168D"/>
    <w:rsid w:val="00203C34"/>
    <w:rsid w:val="00247B2F"/>
    <w:rsid w:val="0029639D"/>
    <w:rsid w:val="002B0023"/>
    <w:rsid w:val="002F361F"/>
    <w:rsid w:val="00326F90"/>
    <w:rsid w:val="003F50F6"/>
    <w:rsid w:val="003F76C2"/>
    <w:rsid w:val="00400246"/>
    <w:rsid w:val="00425C86"/>
    <w:rsid w:val="0048495F"/>
    <w:rsid w:val="004B7CE2"/>
    <w:rsid w:val="004C2362"/>
    <w:rsid w:val="004F738E"/>
    <w:rsid w:val="00503E25"/>
    <w:rsid w:val="005216FA"/>
    <w:rsid w:val="005406CB"/>
    <w:rsid w:val="0054106E"/>
    <w:rsid w:val="00550CB0"/>
    <w:rsid w:val="00582199"/>
    <w:rsid w:val="00591F7E"/>
    <w:rsid w:val="005C17F4"/>
    <w:rsid w:val="005F43DF"/>
    <w:rsid w:val="00614554"/>
    <w:rsid w:val="006214EA"/>
    <w:rsid w:val="006521CC"/>
    <w:rsid w:val="006A0249"/>
    <w:rsid w:val="006A36DE"/>
    <w:rsid w:val="006E0682"/>
    <w:rsid w:val="00726B5C"/>
    <w:rsid w:val="007729D9"/>
    <w:rsid w:val="007C57FD"/>
    <w:rsid w:val="007F3A24"/>
    <w:rsid w:val="007F45AD"/>
    <w:rsid w:val="0085407C"/>
    <w:rsid w:val="00886001"/>
    <w:rsid w:val="00886B87"/>
    <w:rsid w:val="008C46AA"/>
    <w:rsid w:val="008C685B"/>
    <w:rsid w:val="008F3A40"/>
    <w:rsid w:val="00920391"/>
    <w:rsid w:val="009863E5"/>
    <w:rsid w:val="009A6F72"/>
    <w:rsid w:val="009B0BC2"/>
    <w:rsid w:val="009B18AC"/>
    <w:rsid w:val="009D6279"/>
    <w:rsid w:val="00A140ED"/>
    <w:rsid w:val="00A379DF"/>
    <w:rsid w:val="00A5216A"/>
    <w:rsid w:val="00AA1D8D"/>
    <w:rsid w:val="00AB43EE"/>
    <w:rsid w:val="00AF1882"/>
    <w:rsid w:val="00B10FAB"/>
    <w:rsid w:val="00B47730"/>
    <w:rsid w:val="00B67FDC"/>
    <w:rsid w:val="00B70233"/>
    <w:rsid w:val="00B9733A"/>
    <w:rsid w:val="00B97FC9"/>
    <w:rsid w:val="00BB74C0"/>
    <w:rsid w:val="00BC77E8"/>
    <w:rsid w:val="00BF77C4"/>
    <w:rsid w:val="00C132CD"/>
    <w:rsid w:val="00C13585"/>
    <w:rsid w:val="00C21D16"/>
    <w:rsid w:val="00C360BD"/>
    <w:rsid w:val="00C46C4C"/>
    <w:rsid w:val="00C56B91"/>
    <w:rsid w:val="00C90425"/>
    <w:rsid w:val="00C932DF"/>
    <w:rsid w:val="00C95BF0"/>
    <w:rsid w:val="00CB0664"/>
    <w:rsid w:val="00CC0B6A"/>
    <w:rsid w:val="00CC1C23"/>
    <w:rsid w:val="00D55DFF"/>
    <w:rsid w:val="00D5784E"/>
    <w:rsid w:val="00DC5185"/>
    <w:rsid w:val="00DD76E8"/>
    <w:rsid w:val="00DF34A3"/>
    <w:rsid w:val="00E131D6"/>
    <w:rsid w:val="00E610F7"/>
    <w:rsid w:val="00E7362D"/>
    <w:rsid w:val="00EB26F4"/>
    <w:rsid w:val="00EE13C6"/>
    <w:rsid w:val="00EE3278"/>
    <w:rsid w:val="00EF43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62D90F5"/>
  <w14:defaultImageDpi w14:val="300"/>
  <w15:docId w15:val="{C9E79FF6-D850-4C84-B8BD-548B3BEB9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textovprepojenie">
    <w:name w:val="Hyperlink"/>
    <w:basedOn w:val="Predvolenpsmoodseku"/>
    <w:uiPriority w:val="99"/>
    <w:unhideWhenUsed/>
    <w:rsid w:val="006521CC"/>
    <w:rPr>
      <w:color w:val="0000FF" w:themeColor="hyperlink"/>
      <w:u w:val="single"/>
    </w:rPr>
  </w:style>
  <w:style w:type="table" w:styleId="Mriekatabukysvetl">
    <w:name w:val="Grid Table Light"/>
    <w:basedOn w:val="Normlnatabuka"/>
    <w:uiPriority w:val="99"/>
    <w:rsid w:val="0020168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-token-text-primary">
    <w:name w:val="text-token-text-primary"/>
    <w:basedOn w:val="Predvolenpsmoodseku"/>
    <w:rsid w:val="009203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C861654-3D37-4F14-9A61-B02A4E92FD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867</Characters>
  <Application>Microsoft Office Word</Application>
  <DocSecurity>0</DocSecurity>
  <Lines>7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Mgr. Štefan Gábor PhD.</cp:lastModifiedBy>
  <cp:revision>2</cp:revision>
  <dcterms:created xsi:type="dcterms:W3CDTF">2026-09-02T12:46:00Z</dcterms:created>
  <dcterms:modified xsi:type="dcterms:W3CDTF">2026-09-02T12:46:00Z</dcterms:modified>
  <cp:category/>
</cp:coreProperties>
</file>