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2B4DF585" w:rsidR="00C360BD" w:rsidRDefault="0084189D" w:rsidP="00C360BD">
      <w:pPr>
        <w:jc w:val="center"/>
        <w:rPr>
          <w:b/>
          <w:sz w:val="24"/>
        </w:rPr>
      </w:pPr>
      <w:r w:rsidRPr="0084189D">
        <w:rPr>
          <w:b/>
          <w:sz w:val="24"/>
        </w:rPr>
        <w:t>Michaela Nováková</w:t>
      </w:r>
      <w:r w:rsidRPr="0084189D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84189D">
        <w:rPr>
          <w:b/>
          <w:sz w:val="24"/>
        </w:rPr>
        <w:t>Pavol Jozef Šafárik University in Košice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3DBD4DD6" w:rsidR="00920391" w:rsidRDefault="00920391" w:rsidP="00680015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A8317B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84189D" w:rsidRPr="0084189D">
        <w:t>A Multi-Source GIS Framework for Mapping Energy and Climate Adaptation Potential in the Košice Self-Governing Region</w:t>
      </w:r>
      <w:r>
        <w:t>”</w:t>
      </w:r>
      <w:r w:rsidR="0048495F">
        <w:t xml:space="preserve"> </w:t>
      </w:r>
    </w:p>
    <w:p w14:paraId="16DB20D1" w14:textId="0678BF3F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84189D">
        <w:t>250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9CAC51" w14:textId="77777777" w:rsidR="003C449D" w:rsidRDefault="003C449D" w:rsidP="006521CC">
      <w:pPr>
        <w:spacing w:after="0" w:line="240" w:lineRule="auto"/>
      </w:pPr>
      <w:r>
        <w:separator/>
      </w:r>
    </w:p>
  </w:endnote>
  <w:endnote w:type="continuationSeparator" w:id="0">
    <w:p w14:paraId="07178127" w14:textId="77777777" w:rsidR="003C449D" w:rsidRDefault="003C449D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B9227D" w14:textId="77777777" w:rsidR="003C449D" w:rsidRDefault="003C449D" w:rsidP="006521CC">
      <w:pPr>
        <w:spacing w:after="0" w:line="240" w:lineRule="auto"/>
      </w:pPr>
      <w:r>
        <w:separator/>
      </w:r>
    </w:p>
  </w:footnote>
  <w:footnote w:type="continuationSeparator" w:id="0">
    <w:p w14:paraId="24B832D2" w14:textId="77777777" w:rsidR="003C449D" w:rsidRDefault="003C449D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7046"/>
    <w:rsid w:val="00034616"/>
    <w:rsid w:val="00037A2F"/>
    <w:rsid w:val="00037A3E"/>
    <w:rsid w:val="0006063C"/>
    <w:rsid w:val="000628E7"/>
    <w:rsid w:val="000809F7"/>
    <w:rsid w:val="0009007E"/>
    <w:rsid w:val="000A7699"/>
    <w:rsid w:val="000C2B74"/>
    <w:rsid w:val="000D682E"/>
    <w:rsid w:val="000E0BA7"/>
    <w:rsid w:val="001033F6"/>
    <w:rsid w:val="0012049E"/>
    <w:rsid w:val="00121D80"/>
    <w:rsid w:val="00130B40"/>
    <w:rsid w:val="001443EF"/>
    <w:rsid w:val="0015074B"/>
    <w:rsid w:val="00151EB7"/>
    <w:rsid w:val="00153406"/>
    <w:rsid w:val="0016720D"/>
    <w:rsid w:val="00181F7B"/>
    <w:rsid w:val="00190BA0"/>
    <w:rsid w:val="001E105D"/>
    <w:rsid w:val="001E1322"/>
    <w:rsid w:val="001E229C"/>
    <w:rsid w:val="001E2352"/>
    <w:rsid w:val="001F6B8C"/>
    <w:rsid w:val="0020118A"/>
    <w:rsid w:val="0020168D"/>
    <w:rsid w:val="00203C34"/>
    <w:rsid w:val="002114AC"/>
    <w:rsid w:val="00247B2F"/>
    <w:rsid w:val="0029639D"/>
    <w:rsid w:val="002A44B9"/>
    <w:rsid w:val="002B0023"/>
    <w:rsid w:val="002F361F"/>
    <w:rsid w:val="003147CF"/>
    <w:rsid w:val="003202CB"/>
    <w:rsid w:val="00326F90"/>
    <w:rsid w:val="00347F2A"/>
    <w:rsid w:val="003542D6"/>
    <w:rsid w:val="00354AD2"/>
    <w:rsid w:val="003C449D"/>
    <w:rsid w:val="003D262F"/>
    <w:rsid w:val="003F50F6"/>
    <w:rsid w:val="003F76C2"/>
    <w:rsid w:val="00400246"/>
    <w:rsid w:val="004124AD"/>
    <w:rsid w:val="0041783B"/>
    <w:rsid w:val="00425C86"/>
    <w:rsid w:val="00452B42"/>
    <w:rsid w:val="0045534B"/>
    <w:rsid w:val="0048495F"/>
    <w:rsid w:val="004B7CE2"/>
    <w:rsid w:val="004C2362"/>
    <w:rsid w:val="004C563B"/>
    <w:rsid w:val="004D44EB"/>
    <w:rsid w:val="004E23FF"/>
    <w:rsid w:val="004F738E"/>
    <w:rsid w:val="00503E25"/>
    <w:rsid w:val="00504028"/>
    <w:rsid w:val="005058AF"/>
    <w:rsid w:val="005216FA"/>
    <w:rsid w:val="005364D7"/>
    <w:rsid w:val="005406CB"/>
    <w:rsid w:val="0054106E"/>
    <w:rsid w:val="00550CB0"/>
    <w:rsid w:val="00582199"/>
    <w:rsid w:val="00591F7E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521CC"/>
    <w:rsid w:val="00663F88"/>
    <w:rsid w:val="006715B2"/>
    <w:rsid w:val="00680015"/>
    <w:rsid w:val="006A0249"/>
    <w:rsid w:val="006A36DE"/>
    <w:rsid w:val="006A3DF2"/>
    <w:rsid w:val="006B1A1C"/>
    <w:rsid w:val="006B48F4"/>
    <w:rsid w:val="006E0682"/>
    <w:rsid w:val="0070220F"/>
    <w:rsid w:val="00726B5C"/>
    <w:rsid w:val="007274B7"/>
    <w:rsid w:val="00736BFD"/>
    <w:rsid w:val="007729D9"/>
    <w:rsid w:val="007C57FD"/>
    <w:rsid w:val="007F250E"/>
    <w:rsid w:val="007F3A24"/>
    <w:rsid w:val="007F45AD"/>
    <w:rsid w:val="0084189D"/>
    <w:rsid w:val="0085407C"/>
    <w:rsid w:val="00886001"/>
    <w:rsid w:val="00886B87"/>
    <w:rsid w:val="008C46AA"/>
    <w:rsid w:val="008C5BD5"/>
    <w:rsid w:val="008C685B"/>
    <w:rsid w:val="008F3A40"/>
    <w:rsid w:val="00901CFE"/>
    <w:rsid w:val="00902BBE"/>
    <w:rsid w:val="00920391"/>
    <w:rsid w:val="0096413A"/>
    <w:rsid w:val="009863E5"/>
    <w:rsid w:val="009A6B67"/>
    <w:rsid w:val="009A6F72"/>
    <w:rsid w:val="009B0BC2"/>
    <w:rsid w:val="009B18AC"/>
    <w:rsid w:val="009B3BF5"/>
    <w:rsid w:val="009D4524"/>
    <w:rsid w:val="009D6279"/>
    <w:rsid w:val="00A140ED"/>
    <w:rsid w:val="00A379DF"/>
    <w:rsid w:val="00A44F79"/>
    <w:rsid w:val="00A5216A"/>
    <w:rsid w:val="00A8317B"/>
    <w:rsid w:val="00AA1D8D"/>
    <w:rsid w:val="00AB43EE"/>
    <w:rsid w:val="00AF1882"/>
    <w:rsid w:val="00B10FAB"/>
    <w:rsid w:val="00B2502F"/>
    <w:rsid w:val="00B277E8"/>
    <w:rsid w:val="00B47730"/>
    <w:rsid w:val="00B60D0B"/>
    <w:rsid w:val="00B67FDC"/>
    <w:rsid w:val="00B70233"/>
    <w:rsid w:val="00B7219F"/>
    <w:rsid w:val="00B85D57"/>
    <w:rsid w:val="00B9733A"/>
    <w:rsid w:val="00B97FC9"/>
    <w:rsid w:val="00BA1576"/>
    <w:rsid w:val="00BB74C0"/>
    <w:rsid w:val="00BF77C4"/>
    <w:rsid w:val="00C132CD"/>
    <w:rsid w:val="00C13585"/>
    <w:rsid w:val="00C21D16"/>
    <w:rsid w:val="00C22695"/>
    <w:rsid w:val="00C360BD"/>
    <w:rsid w:val="00C46C4C"/>
    <w:rsid w:val="00C56B91"/>
    <w:rsid w:val="00C57B6B"/>
    <w:rsid w:val="00C853D9"/>
    <w:rsid w:val="00C90425"/>
    <w:rsid w:val="00C932DF"/>
    <w:rsid w:val="00C9426E"/>
    <w:rsid w:val="00C95BF0"/>
    <w:rsid w:val="00CB0664"/>
    <w:rsid w:val="00CC0B6A"/>
    <w:rsid w:val="00CC1C23"/>
    <w:rsid w:val="00D20CA2"/>
    <w:rsid w:val="00D55DFF"/>
    <w:rsid w:val="00D5784E"/>
    <w:rsid w:val="00D73ABD"/>
    <w:rsid w:val="00DA0589"/>
    <w:rsid w:val="00DC5185"/>
    <w:rsid w:val="00DD76E8"/>
    <w:rsid w:val="00DE07D6"/>
    <w:rsid w:val="00DF34A3"/>
    <w:rsid w:val="00E131D6"/>
    <w:rsid w:val="00E610F7"/>
    <w:rsid w:val="00E71E5A"/>
    <w:rsid w:val="00E7362D"/>
    <w:rsid w:val="00EB26F4"/>
    <w:rsid w:val="00EE13C6"/>
    <w:rsid w:val="00EE3278"/>
    <w:rsid w:val="00EF43A6"/>
    <w:rsid w:val="00F04A69"/>
    <w:rsid w:val="00F25ABC"/>
    <w:rsid w:val="00F5106D"/>
    <w:rsid w:val="00F66C19"/>
    <w:rsid w:val="00F82DDE"/>
    <w:rsid w:val="00FA128E"/>
    <w:rsid w:val="00FC693F"/>
    <w:rsid w:val="00FD1A58"/>
    <w:rsid w:val="00FF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2026-09-03T07:43:00Z</dcterms:created>
  <dcterms:modified xsi:type="dcterms:W3CDTF">2026-09-03T07:43:00Z</dcterms:modified>
  <cp:category/>
</cp:coreProperties>
</file>