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666F73BA" w:rsidR="00C360BD" w:rsidRDefault="00BA1576" w:rsidP="00C360BD">
      <w:pPr>
        <w:jc w:val="center"/>
        <w:rPr>
          <w:b/>
          <w:sz w:val="24"/>
        </w:rPr>
      </w:pPr>
      <w:r w:rsidRPr="00BA1576">
        <w:rPr>
          <w:b/>
          <w:sz w:val="24"/>
        </w:rPr>
        <w:t>Max Timothy Martin</w:t>
      </w:r>
      <w:r w:rsidRPr="00BA1576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BA1576">
        <w:rPr>
          <w:b/>
          <w:sz w:val="24"/>
        </w:rPr>
        <w:t>Pavol Jozef Šafárik University in Košice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46D65F6E" w:rsidR="00920391" w:rsidRDefault="00920391" w:rsidP="006B1A1C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BA1576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BA1576" w:rsidRPr="00BA1576">
        <w:t xml:space="preserve">Evaluation of 360° Photogrammetry for 3D Modelling of Inaccessible Geological Outcrops: A Case Study of the </w:t>
      </w:r>
      <w:proofErr w:type="spellStart"/>
      <w:r w:rsidR="00BA1576" w:rsidRPr="00BA1576">
        <w:t>Ortášska</w:t>
      </w:r>
      <w:proofErr w:type="spellEnd"/>
      <w:r w:rsidR="00BA1576" w:rsidRPr="00BA1576">
        <w:t xml:space="preserve"> </w:t>
      </w:r>
      <w:proofErr w:type="spellStart"/>
      <w:r w:rsidR="00BA1576" w:rsidRPr="00BA1576">
        <w:t>Ryha</w:t>
      </w:r>
      <w:proofErr w:type="spellEnd"/>
      <w:r>
        <w:t>”</w:t>
      </w:r>
      <w:r w:rsidR="0048495F">
        <w:t xml:space="preserve"> </w:t>
      </w:r>
    </w:p>
    <w:p w14:paraId="16DB20D1" w14:textId="02E9B713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BA1576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F00F5" w14:textId="77777777" w:rsidR="00072BE7" w:rsidRDefault="00072BE7" w:rsidP="006521CC">
      <w:pPr>
        <w:spacing w:after="0" w:line="240" w:lineRule="auto"/>
      </w:pPr>
      <w:r>
        <w:separator/>
      </w:r>
    </w:p>
  </w:endnote>
  <w:endnote w:type="continuationSeparator" w:id="0">
    <w:p w14:paraId="3873631E" w14:textId="77777777" w:rsidR="00072BE7" w:rsidRDefault="00072BE7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B0D53" w14:textId="77777777" w:rsidR="00072BE7" w:rsidRDefault="00072BE7" w:rsidP="006521CC">
      <w:pPr>
        <w:spacing w:after="0" w:line="240" w:lineRule="auto"/>
      </w:pPr>
      <w:r>
        <w:separator/>
      </w:r>
    </w:p>
  </w:footnote>
  <w:footnote w:type="continuationSeparator" w:id="0">
    <w:p w14:paraId="1D7B2AE5" w14:textId="77777777" w:rsidR="00072BE7" w:rsidRDefault="00072BE7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6063C"/>
    <w:rsid w:val="000628E7"/>
    <w:rsid w:val="00072BE7"/>
    <w:rsid w:val="000809F7"/>
    <w:rsid w:val="000A7699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9639D"/>
    <w:rsid w:val="002B0023"/>
    <w:rsid w:val="002F361F"/>
    <w:rsid w:val="003147CF"/>
    <w:rsid w:val="003202CB"/>
    <w:rsid w:val="00326F90"/>
    <w:rsid w:val="00347F2A"/>
    <w:rsid w:val="003542D6"/>
    <w:rsid w:val="00354AD2"/>
    <w:rsid w:val="003D262F"/>
    <w:rsid w:val="003F50F6"/>
    <w:rsid w:val="003F76C2"/>
    <w:rsid w:val="00400246"/>
    <w:rsid w:val="0041783B"/>
    <w:rsid w:val="00425C86"/>
    <w:rsid w:val="00452B42"/>
    <w:rsid w:val="0045534B"/>
    <w:rsid w:val="0048495F"/>
    <w:rsid w:val="004B7CE2"/>
    <w:rsid w:val="004C2362"/>
    <w:rsid w:val="004D44EB"/>
    <w:rsid w:val="004E23FF"/>
    <w:rsid w:val="004F738E"/>
    <w:rsid w:val="00503E25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715B2"/>
    <w:rsid w:val="006A0249"/>
    <w:rsid w:val="006A36DE"/>
    <w:rsid w:val="006A3DF2"/>
    <w:rsid w:val="006B1A1C"/>
    <w:rsid w:val="006B48F4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01CFE"/>
    <w:rsid w:val="00902BBE"/>
    <w:rsid w:val="00920391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44F79"/>
    <w:rsid w:val="00A5216A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D55DFF"/>
    <w:rsid w:val="00D5784E"/>
    <w:rsid w:val="00D73ABD"/>
    <w:rsid w:val="00DA0589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66C19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2026-09-03T07:09:00Z</dcterms:created>
  <dcterms:modified xsi:type="dcterms:W3CDTF">2026-09-03T07:09:00Z</dcterms:modified>
  <cp:category/>
</cp:coreProperties>
</file>