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A0C9FA5" w:rsidR="00C360BD" w:rsidRDefault="00152C68" w:rsidP="00C360BD">
      <w:pPr>
        <w:jc w:val="center"/>
        <w:rPr>
          <w:b/>
          <w:sz w:val="24"/>
        </w:rPr>
      </w:pPr>
      <w:r w:rsidRPr="00152C68">
        <w:rPr>
          <w:b/>
          <w:sz w:val="24"/>
        </w:rPr>
        <w:t>Matej Vojtek</w:t>
      </w:r>
      <w:r w:rsidRPr="00152C68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152C68">
        <w:rPr>
          <w:b/>
          <w:sz w:val="24"/>
        </w:rPr>
        <w:t>Constantine the Philosopher University in Nitra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E41E9DE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52C68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52C68" w:rsidRPr="00152C68">
        <w:t xml:space="preserve">Prediction of Fluvial Flood Inundation Using Machine Learning Trained </w:t>
      </w:r>
      <w:r w:rsidR="00152C68">
        <w:br/>
      </w:r>
      <w:r w:rsidR="00152C68" w:rsidRPr="00152C68">
        <w:t>on Hydraulically Generated Data</w:t>
      </w:r>
      <w:r>
        <w:t>”</w:t>
      </w:r>
      <w:r w:rsidR="0048495F">
        <w:t xml:space="preserve"> </w:t>
      </w:r>
    </w:p>
    <w:p w14:paraId="16DB20D1" w14:textId="372C544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2A7470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B9AB2" w14:textId="77777777" w:rsidR="003B1DAB" w:rsidRDefault="003B1DAB" w:rsidP="006521CC">
      <w:pPr>
        <w:spacing w:after="0" w:line="240" w:lineRule="auto"/>
      </w:pPr>
      <w:r>
        <w:separator/>
      </w:r>
    </w:p>
  </w:endnote>
  <w:endnote w:type="continuationSeparator" w:id="0">
    <w:p w14:paraId="7D154EC2" w14:textId="77777777" w:rsidR="003B1DAB" w:rsidRDefault="003B1DAB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3C5DB" w14:textId="77777777" w:rsidR="003B1DAB" w:rsidRDefault="003B1DAB" w:rsidP="006521CC">
      <w:pPr>
        <w:spacing w:after="0" w:line="240" w:lineRule="auto"/>
      </w:pPr>
      <w:r>
        <w:separator/>
      </w:r>
    </w:p>
  </w:footnote>
  <w:footnote w:type="continuationSeparator" w:id="0">
    <w:p w14:paraId="45003BBC" w14:textId="77777777" w:rsidR="003B1DAB" w:rsidRDefault="003B1DAB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42D6"/>
    <w:rsid w:val="00354AD2"/>
    <w:rsid w:val="003B1DAB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A140ED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2026-09-03T08:10:00Z</dcterms:created>
  <dcterms:modified xsi:type="dcterms:W3CDTF">2026-09-03T08:10:00Z</dcterms:modified>
  <cp:category/>
</cp:coreProperties>
</file>