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0FA7D10" w:rsidR="00C360BD" w:rsidRDefault="00D20CA2" w:rsidP="00C360BD">
      <w:pPr>
        <w:jc w:val="center"/>
        <w:rPr>
          <w:b/>
          <w:sz w:val="24"/>
        </w:rPr>
      </w:pPr>
      <w:r w:rsidRPr="00D20CA2">
        <w:rPr>
          <w:b/>
          <w:sz w:val="24"/>
        </w:rPr>
        <w:t>Matej Martinák</w:t>
      </w:r>
      <w:r w:rsidRPr="00D20CA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D20CA2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7CF4717" w:rsidR="00920391" w:rsidRDefault="00920391" w:rsidP="006B1A1C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D20CA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D20CA2" w:rsidRPr="00D20CA2">
        <w:t>Progressing places, progressive parties? Relevance and spatiality of the transnational cleavage – the case of Progressive Slovakia</w:t>
      </w:r>
      <w:r>
        <w:t>”</w:t>
      </w:r>
      <w:r w:rsidR="0048495F">
        <w:t xml:space="preserve"> </w:t>
      </w:r>
    </w:p>
    <w:p w14:paraId="16DB20D1" w14:textId="3B887728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D20CA2">
        <w:t>130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B4519" w14:textId="77777777" w:rsidR="0025329E" w:rsidRDefault="0025329E" w:rsidP="006521CC">
      <w:pPr>
        <w:spacing w:after="0" w:line="240" w:lineRule="auto"/>
      </w:pPr>
      <w:r>
        <w:separator/>
      </w:r>
    </w:p>
  </w:endnote>
  <w:endnote w:type="continuationSeparator" w:id="0">
    <w:p w14:paraId="26619468" w14:textId="77777777" w:rsidR="0025329E" w:rsidRDefault="0025329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B225D" w14:textId="77777777" w:rsidR="0025329E" w:rsidRDefault="0025329E" w:rsidP="006521CC">
      <w:pPr>
        <w:spacing w:after="0" w:line="240" w:lineRule="auto"/>
      </w:pPr>
      <w:r>
        <w:separator/>
      </w:r>
    </w:p>
  </w:footnote>
  <w:footnote w:type="continuationSeparator" w:id="0">
    <w:p w14:paraId="3F924588" w14:textId="77777777" w:rsidR="0025329E" w:rsidRDefault="0025329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A7699"/>
    <w:rsid w:val="000D682E"/>
    <w:rsid w:val="000E0BA7"/>
    <w:rsid w:val="001033F6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329E"/>
    <w:rsid w:val="0029639D"/>
    <w:rsid w:val="002B0023"/>
    <w:rsid w:val="002F361F"/>
    <w:rsid w:val="003147CF"/>
    <w:rsid w:val="003202CB"/>
    <w:rsid w:val="00326F90"/>
    <w:rsid w:val="00347F2A"/>
    <w:rsid w:val="003542D6"/>
    <w:rsid w:val="00354AD2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A0249"/>
    <w:rsid w:val="006A36DE"/>
    <w:rsid w:val="006A3DF2"/>
    <w:rsid w:val="006B1A1C"/>
    <w:rsid w:val="006B48F4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2026-09-03T07:10:00Z</dcterms:created>
  <dcterms:modified xsi:type="dcterms:W3CDTF">2026-09-03T07:10:00Z</dcterms:modified>
  <cp:category/>
</cp:coreProperties>
</file>