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5F2D519" w:rsidR="00C360BD" w:rsidRDefault="006B1A1C" w:rsidP="00C360BD">
      <w:pPr>
        <w:jc w:val="center"/>
        <w:rPr>
          <w:b/>
          <w:sz w:val="24"/>
        </w:rPr>
      </w:pPr>
      <w:r w:rsidRPr="006B1A1C">
        <w:rPr>
          <w:b/>
          <w:sz w:val="24"/>
        </w:rPr>
        <w:t>Martin Lepič</w:t>
      </w:r>
      <w:r w:rsidR="009D4524" w:rsidRPr="009D45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6B1A1C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DBDF871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42D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B1A1C">
        <w:t>“We don't feel like their kin”: Assessing national minorities' relations</w:t>
      </w:r>
      <w:r w:rsidR="006B1A1C">
        <w:t xml:space="preserve"> </w:t>
      </w:r>
      <w:r w:rsidR="006B1A1C">
        <w:br/>
      </w:r>
      <w:r w:rsidR="006B1A1C">
        <w:t xml:space="preserve">with claimed </w:t>
      </w:r>
      <w:proofErr w:type="gramStart"/>
      <w:r w:rsidR="006B1A1C">
        <w:t>kin-states</w:t>
      </w:r>
      <w:proofErr w:type="gramEnd"/>
      <w:r w:rsidR="006B1A1C">
        <w:t xml:space="preserve"> in Georgia and Ukraine</w:t>
      </w:r>
      <w:r>
        <w:t>”</w:t>
      </w:r>
      <w:r w:rsidR="0048495F">
        <w:t xml:space="preserve"> </w:t>
      </w:r>
    </w:p>
    <w:p w14:paraId="16DB20D1" w14:textId="132E620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B1A1C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0C10" w14:textId="77777777" w:rsidR="002052BA" w:rsidRDefault="002052BA" w:rsidP="006521CC">
      <w:pPr>
        <w:spacing w:after="0" w:line="240" w:lineRule="auto"/>
      </w:pPr>
      <w:r>
        <w:separator/>
      </w:r>
    </w:p>
  </w:endnote>
  <w:endnote w:type="continuationSeparator" w:id="0">
    <w:p w14:paraId="065F8AD6" w14:textId="77777777" w:rsidR="002052BA" w:rsidRDefault="002052B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B1DA" w14:textId="77777777" w:rsidR="002052BA" w:rsidRDefault="002052BA" w:rsidP="006521CC">
      <w:pPr>
        <w:spacing w:after="0" w:line="240" w:lineRule="auto"/>
      </w:pPr>
      <w:r>
        <w:separator/>
      </w:r>
    </w:p>
  </w:footnote>
  <w:footnote w:type="continuationSeparator" w:id="0">
    <w:p w14:paraId="2CD418CE" w14:textId="77777777" w:rsidR="002052BA" w:rsidRDefault="002052B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052BA"/>
    <w:rsid w:val="00247B2F"/>
    <w:rsid w:val="0029639D"/>
    <w:rsid w:val="002B0023"/>
    <w:rsid w:val="002F361F"/>
    <w:rsid w:val="003147CF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B1A1C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277E8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2026-09-03T06:56:00Z</dcterms:created>
  <dcterms:modified xsi:type="dcterms:W3CDTF">2026-09-03T06:56:00Z</dcterms:modified>
  <cp:category/>
</cp:coreProperties>
</file>