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DC5382E" w:rsidR="00C360BD" w:rsidRDefault="0016720D" w:rsidP="00C360BD">
      <w:pPr>
        <w:jc w:val="center"/>
        <w:rPr>
          <w:b/>
          <w:sz w:val="24"/>
        </w:rPr>
      </w:pPr>
      <w:r w:rsidRPr="0016720D">
        <w:rPr>
          <w:b/>
          <w:sz w:val="24"/>
        </w:rPr>
        <w:t>Martin Kropuch</w:t>
      </w:r>
      <w:r w:rsidRPr="0016720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037A2F" w:rsidRPr="00037A2F">
        <w:rPr>
          <w:b/>
          <w:sz w:val="24"/>
        </w:rPr>
        <w:t xml:space="preserve">University of </w:t>
      </w:r>
      <w:proofErr w:type="spellStart"/>
      <w:r w:rsidR="00037A2F" w:rsidRPr="00037A2F">
        <w:rPr>
          <w:b/>
          <w:sz w:val="24"/>
        </w:rPr>
        <w:t>Prešov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ECF2CB4" w:rsidR="00920391" w:rsidRDefault="00920391" w:rsidP="00F66C1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71E5A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6720D" w:rsidRPr="0016720D">
        <w:t>Assessment of Rurality Based on Qualitative Characteristics</w:t>
      </w:r>
      <w:r>
        <w:t>”</w:t>
      </w:r>
      <w:r w:rsidR="0048495F">
        <w:t xml:space="preserve"> </w:t>
      </w:r>
    </w:p>
    <w:p w14:paraId="16DB20D1" w14:textId="00D727A8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6720D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5DB50" w14:textId="77777777" w:rsidR="006D3EAE" w:rsidRDefault="006D3EAE" w:rsidP="006521CC">
      <w:pPr>
        <w:spacing w:after="0" w:line="240" w:lineRule="auto"/>
      </w:pPr>
      <w:r>
        <w:separator/>
      </w:r>
    </w:p>
  </w:endnote>
  <w:endnote w:type="continuationSeparator" w:id="0">
    <w:p w14:paraId="4E162AE2" w14:textId="77777777" w:rsidR="006D3EAE" w:rsidRDefault="006D3EA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B0A26" w14:textId="77777777" w:rsidR="006D3EAE" w:rsidRDefault="006D3EAE" w:rsidP="006521CC">
      <w:pPr>
        <w:spacing w:after="0" w:line="240" w:lineRule="auto"/>
      </w:pPr>
      <w:r>
        <w:separator/>
      </w:r>
    </w:p>
  </w:footnote>
  <w:footnote w:type="continuationSeparator" w:id="0">
    <w:p w14:paraId="3647EDFB" w14:textId="77777777" w:rsidR="006D3EAE" w:rsidRDefault="006D3EA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26F90"/>
    <w:rsid w:val="00347F2A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D3EA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2026-09-02T13:18:00Z</dcterms:created>
  <dcterms:modified xsi:type="dcterms:W3CDTF">2026-09-02T13:18:00Z</dcterms:modified>
  <cp:category/>
</cp:coreProperties>
</file>