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509BB00E" w:rsidR="00C360BD" w:rsidRDefault="00CC0B6A" w:rsidP="00C360BD">
      <w:pPr>
        <w:jc w:val="center"/>
        <w:rPr>
          <w:b/>
          <w:sz w:val="24"/>
        </w:rPr>
      </w:pPr>
      <w:r>
        <w:rPr>
          <w:b/>
          <w:sz w:val="24"/>
        </w:rPr>
        <w:t>Martin Hanus</w:t>
      </w:r>
      <w:r w:rsidR="00B70233" w:rsidRPr="00B70233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>
        <w:rPr>
          <w:b/>
          <w:sz w:val="24"/>
        </w:rPr>
        <w:t>Charles</w:t>
      </w:r>
      <w:r w:rsidR="003F50F6">
        <w:rPr>
          <w:b/>
          <w:sz w:val="24"/>
        </w:rPr>
        <w:t xml:space="preserve">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5D333AFF" w:rsidR="00920391" w:rsidRDefault="00920391" w:rsidP="005406CB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EE13C6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proofErr w:type="spellStart"/>
      <w:r w:rsidR="00CC0B6A" w:rsidRPr="00CC0B6A">
        <w:t>MapStrApp</w:t>
      </w:r>
      <w:proofErr w:type="spellEnd"/>
      <w:r w:rsidR="00CC0B6A" w:rsidRPr="00CC0B6A">
        <w:t xml:space="preserve">: A Digital Application for Developing Map-Use Strategies </w:t>
      </w:r>
      <w:r w:rsidR="00CC0B6A">
        <w:br/>
      </w:r>
      <w:r w:rsidR="00CC0B6A" w:rsidRPr="00CC0B6A">
        <w:t>in Geography Education</w:t>
      </w:r>
      <w:r>
        <w:t>”</w:t>
      </w:r>
      <w:r w:rsidR="0048495F">
        <w:t xml:space="preserve"> </w:t>
      </w:r>
    </w:p>
    <w:p w14:paraId="16DB20D1" w14:textId="1528BF75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CC0B6A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0AE4E" w14:textId="77777777" w:rsidR="00BA6F2D" w:rsidRDefault="00BA6F2D" w:rsidP="006521CC">
      <w:pPr>
        <w:spacing w:after="0" w:line="240" w:lineRule="auto"/>
      </w:pPr>
      <w:r>
        <w:separator/>
      </w:r>
    </w:p>
  </w:endnote>
  <w:endnote w:type="continuationSeparator" w:id="0">
    <w:p w14:paraId="4DD1C308" w14:textId="77777777" w:rsidR="00BA6F2D" w:rsidRDefault="00BA6F2D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475CF" w14:textId="77777777" w:rsidR="00BA6F2D" w:rsidRDefault="00BA6F2D" w:rsidP="006521CC">
      <w:pPr>
        <w:spacing w:after="0" w:line="240" w:lineRule="auto"/>
      </w:pPr>
      <w:r>
        <w:separator/>
      </w:r>
    </w:p>
  </w:footnote>
  <w:footnote w:type="continuationSeparator" w:id="0">
    <w:p w14:paraId="79CBAFC0" w14:textId="77777777" w:rsidR="00BA6F2D" w:rsidRDefault="00BA6F2D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E0BA7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68D"/>
    <w:rsid w:val="00203C34"/>
    <w:rsid w:val="00247B2F"/>
    <w:rsid w:val="0029639D"/>
    <w:rsid w:val="002B0023"/>
    <w:rsid w:val="002F361F"/>
    <w:rsid w:val="00326F90"/>
    <w:rsid w:val="003F50F6"/>
    <w:rsid w:val="003F76C2"/>
    <w:rsid w:val="00400246"/>
    <w:rsid w:val="00425C86"/>
    <w:rsid w:val="0048495F"/>
    <w:rsid w:val="004B7CE2"/>
    <w:rsid w:val="004C2362"/>
    <w:rsid w:val="004F738E"/>
    <w:rsid w:val="00503E25"/>
    <w:rsid w:val="005216FA"/>
    <w:rsid w:val="005406CB"/>
    <w:rsid w:val="0054106E"/>
    <w:rsid w:val="00550CB0"/>
    <w:rsid w:val="00582199"/>
    <w:rsid w:val="00591F7E"/>
    <w:rsid w:val="00614554"/>
    <w:rsid w:val="006214EA"/>
    <w:rsid w:val="006521CC"/>
    <w:rsid w:val="006A36DE"/>
    <w:rsid w:val="006E0682"/>
    <w:rsid w:val="007729D9"/>
    <w:rsid w:val="007C57FD"/>
    <w:rsid w:val="007F3A24"/>
    <w:rsid w:val="007F45AD"/>
    <w:rsid w:val="00886001"/>
    <w:rsid w:val="008C46AA"/>
    <w:rsid w:val="008C685B"/>
    <w:rsid w:val="008F3A40"/>
    <w:rsid w:val="00920391"/>
    <w:rsid w:val="009863E5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47730"/>
    <w:rsid w:val="00B67FDC"/>
    <w:rsid w:val="00B70233"/>
    <w:rsid w:val="00B97FC9"/>
    <w:rsid w:val="00BA6F2D"/>
    <w:rsid w:val="00BB74C0"/>
    <w:rsid w:val="00C132CD"/>
    <w:rsid w:val="00C13585"/>
    <w:rsid w:val="00C360BD"/>
    <w:rsid w:val="00C56B91"/>
    <w:rsid w:val="00C90425"/>
    <w:rsid w:val="00C932DF"/>
    <w:rsid w:val="00CB0664"/>
    <w:rsid w:val="00CC0B6A"/>
    <w:rsid w:val="00CC1C23"/>
    <w:rsid w:val="00D55DFF"/>
    <w:rsid w:val="00D5784E"/>
    <w:rsid w:val="00DC5185"/>
    <w:rsid w:val="00DD76E8"/>
    <w:rsid w:val="00DF34A3"/>
    <w:rsid w:val="00E131D6"/>
    <w:rsid w:val="00E610F7"/>
    <w:rsid w:val="00E7362D"/>
    <w:rsid w:val="00EB26F4"/>
    <w:rsid w:val="00EE13C6"/>
    <w:rsid w:val="00EE3278"/>
    <w:rsid w:val="00EF43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2026-09-02T12:27:00Z</dcterms:created>
  <dcterms:modified xsi:type="dcterms:W3CDTF">2026-09-02T12:27:00Z</dcterms:modified>
  <cp:category/>
</cp:coreProperties>
</file>