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2F6A960" w:rsidR="00C360BD" w:rsidRDefault="00416250" w:rsidP="00C360BD">
      <w:pPr>
        <w:jc w:val="center"/>
        <w:rPr>
          <w:b/>
          <w:sz w:val="24"/>
        </w:rPr>
      </w:pPr>
      <w:r w:rsidRPr="00416250">
        <w:rPr>
          <w:b/>
          <w:sz w:val="24"/>
        </w:rPr>
        <w:t>Martin Boltižiar</w:t>
      </w:r>
      <w:r w:rsidRPr="00416250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416250">
        <w:rPr>
          <w:b/>
          <w:sz w:val="24"/>
        </w:rPr>
        <w:t>Constantine the Philosopher University in Nitra</w:t>
      </w:r>
      <w:r w:rsidR="003F76C2">
        <w:rPr>
          <w:b/>
          <w:sz w:val="24"/>
        </w:rPr>
        <w:t>)</w:t>
      </w:r>
    </w:p>
    <w:p w14:paraId="330776C9" w14:textId="57119DBB" w:rsidR="009A6F72" w:rsidRDefault="009A6F72">
      <w:pPr>
        <w:jc w:val="center"/>
      </w:pPr>
      <w:r w:rsidRPr="009A6F72">
        <w:t xml:space="preserve">participated as </w:t>
      </w:r>
      <w:r w:rsidR="00650782" w:rsidRPr="009A6F72">
        <w:t>a</w:t>
      </w:r>
      <w:r w:rsidR="00DB5A38">
        <w:t xml:space="preserve">n active </w:t>
      </w:r>
      <w:r w:rsidRPr="009A6F72">
        <w:t>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30453606" w14:textId="77777777" w:rsidR="002414E5" w:rsidRDefault="00DB5A38" w:rsidP="002414E5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 w:rsidR="00416250">
        <w:t xml:space="preserve"> (</w:t>
      </w:r>
      <w:r w:rsidR="00416250">
        <w:t>Opening ceremony</w:t>
      </w:r>
      <w:r w:rsidR="00416250">
        <w:t>)</w:t>
      </w:r>
      <w:r>
        <w:br/>
      </w:r>
    </w:p>
    <w:p w14:paraId="11597735" w14:textId="3829248E" w:rsidR="002414E5" w:rsidRPr="002414E5" w:rsidRDefault="002414E5" w:rsidP="002414E5">
      <w:pPr>
        <w:jc w:val="center"/>
      </w:pPr>
      <w:r w:rsidRPr="002414E5">
        <w:t xml:space="preserve">We also confirm that the participation fee in the amount of </w:t>
      </w:r>
      <w:r>
        <w:t>190</w:t>
      </w:r>
      <w:r w:rsidRPr="002414E5">
        <w:t xml:space="preserve"> EUR has been duly paid.</w:t>
      </w:r>
    </w:p>
    <w:p w14:paraId="303EE3B4" w14:textId="77777777" w:rsidR="002414E5" w:rsidRPr="002414E5" w:rsidRDefault="002414E5" w:rsidP="002414E5">
      <w:pPr>
        <w:jc w:val="center"/>
      </w:pPr>
      <w:r w:rsidRPr="002414E5">
        <w:t>Payment recipient</w:t>
      </w:r>
    </w:p>
    <w:p w14:paraId="77B233C0" w14:textId="77777777" w:rsidR="002414E5" w:rsidRPr="002414E5" w:rsidRDefault="002414E5" w:rsidP="002414E5">
      <w:pPr>
        <w:jc w:val="center"/>
      </w:pPr>
      <w:r w:rsidRPr="002414E5">
        <w:rPr>
          <w:b/>
          <w:bCs/>
        </w:rPr>
        <w:t>Civil Association NATURAL SCIENTIST/</w:t>
      </w:r>
      <w:proofErr w:type="spellStart"/>
      <w:r w:rsidRPr="002414E5">
        <w:rPr>
          <w:b/>
          <w:bCs/>
        </w:rPr>
        <w:t>Občianske</w:t>
      </w:r>
      <w:proofErr w:type="spellEnd"/>
      <w:r w:rsidRPr="002414E5">
        <w:rPr>
          <w:b/>
          <w:bCs/>
        </w:rPr>
        <w:t xml:space="preserve"> </w:t>
      </w:r>
      <w:proofErr w:type="spellStart"/>
      <w:r w:rsidRPr="002414E5">
        <w:rPr>
          <w:b/>
          <w:bCs/>
        </w:rPr>
        <w:t>združenie</w:t>
      </w:r>
      <w:proofErr w:type="spellEnd"/>
      <w:r w:rsidRPr="002414E5">
        <w:rPr>
          <w:b/>
          <w:bCs/>
        </w:rPr>
        <w:t xml:space="preserve"> PRÍRODOVEDEC</w:t>
      </w:r>
      <w:r w:rsidRPr="002414E5">
        <w:br/>
      </w:r>
      <w:proofErr w:type="spellStart"/>
      <w:r w:rsidRPr="002414E5">
        <w:t>Šrobárova</w:t>
      </w:r>
      <w:proofErr w:type="spellEnd"/>
      <w:r w:rsidRPr="002414E5">
        <w:t xml:space="preserve"> 2, 041 54 Košice, Slovakia</w:t>
      </w:r>
      <w:r w:rsidRPr="002414E5">
        <w:br/>
      </w:r>
      <w:r w:rsidRPr="002414E5">
        <w:rPr>
          <w:b/>
          <w:bCs/>
        </w:rPr>
        <w:t>Registration No.: 31299326</w:t>
      </w:r>
      <w:r w:rsidRPr="002414E5">
        <w:br/>
      </w:r>
      <w:r w:rsidRPr="002414E5">
        <w:rPr>
          <w:b/>
          <w:bCs/>
        </w:rPr>
        <w:t>Tax ID No.: 2021538475</w:t>
      </w:r>
    </w:p>
    <w:p w14:paraId="32E6CEC7" w14:textId="685F5A8A" w:rsidR="002F361F" w:rsidRDefault="00920391" w:rsidP="00920391">
      <w:pPr>
        <w:jc w:val="both"/>
        <w:rPr>
          <w:noProof/>
          <w:sz w:val="24"/>
          <w:szCs w:val="24"/>
          <w:lang w:eastAsia="sk-SK"/>
        </w:rPr>
      </w:pPr>
      <w:r w:rsidRPr="00920391">
        <w:rPr>
          <w:sz w:val="20"/>
        </w:rPr>
        <w:t xml:space="preserve">This certificate serves as an official confirmation of participation </w:t>
      </w:r>
      <w:r w:rsidR="002414E5">
        <w:rPr>
          <w:sz w:val="20"/>
        </w:rPr>
        <w:t xml:space="preserve">and payment </w:t>
      </w:r>
      <w:r>
        <w:rPr>
          <w:sz w:val="20"/>
        </w:rPr>
        <w:t xml:space="preserve">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63A36BD8" w14:textId="1A995620" w:rsidR="00650782" w:rsidRDefault="00650782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0789C127">
            <wp:simplePos x="0" y="0"/>
            <wp:positionH relativeFrom="margin">
              <wp:align>right</wp:align>
            </wp:positionH>
            <wp:positionV relativeFrom="paragraph">
              <wp:posOffset>5723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74CBF" w14:textId="77777777" w:rsidR="003842AE" w:rsidRDefault="003842AE" w:rsidP="006521CC">
      <w:pPr>
        <w:spacing w:after="0" w:line="240" w:lineRule="auto"/>
      </w:pPr>
      <w:r>
        <w:separator/>
      </w:r>
    </w:p>
  </w:endnote>
  <w:endnote w:type="continuationSeparator" w:id="0">
    <w:p w14:paraId="2EB04A06" w14:textId="77777777" w:rsidR="003842AE" w:rsidRDefault="003842AE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03432" w14:textId="77777777" w:rsidR="003842AE" w:rsidRDefault="003842AE" w:rsidP="006521CC">
      <w:pPr>
        <w:spacing w:after="0" w:line="240" w:lineRule="auto"/>
      </w:pPr>
      <w:r>
        <w:separator/>
      </w:r>
    </w:p>
  </w:footnote>
  <w:footnote w:type="continuationSeparator" w:id="0">
    <w:p w14:paraId="68BF5A47" w14:textId="77777777" w:rsidR="003842AE" w:rsidRDefault="003842AE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1D4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14E5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842AE"/>
    <w:rsid w:val="003C5948"/>
    <w:rsid w:val="003D262F"/>
    <w:rsid w:val="003F50F6"/>
    <w:rsid w:val="003F76C2"/>
    <w:rsid w:val="00400246"/>
    <w:rsid w:val="004124AD"/>
    <w:rsid w:val="00416250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50CB0"/>
    <w:rsid w:val="00550CDD"/>
    <w:rsid w:val="00582199"/>
    <w:rsid w:val="00586A2E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0782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7435F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2409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5A38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10FF"/>
    <w:rsid w:val="00F33402"/>
    <w:rsid w:val="00F45E4A"/>
    <w:rsid w:val="00F5106D"/>
    <w:rsid w:val="00F6631A"/>
    <w:rsid w:val="00F66C19"/>
    <w:rsid w:val="00F71703"/>
    <w:rsid w:val="00F765F6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2026-09-03T09:22:00Z</dcterms:created>
  <dcterms:modified xsi:type="dcterms:W3CDTF">2026-09-03T09:22:00Z</dcterms:modified>
  <cp:category/>
</cp:coreProperties>
</file>