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932A1F3" w:rsidR="00C360BD" w:rsidRDefault="0054106E" w:rsidP="00C360BD">
      <w:pPr>
        <w:jc w:val="center"/>
        <w:rPr>
          <w:b/>
          <w:sz w:val="24"/>
        </w:rPr>
      </w:pPr>
      <w:r>
        <w:rPr>
          <w:b/>
          <w:sz w:val="24"/>
        </w:rPr>
        <w:t>Martin Angelovič</w:t>
      </w:r>
      <w:r w:rsidR="009A6F7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4106E">
        <w:rPr>
          <w:b/>
          <w:sz w:val="24"/>
        </w:rPr>
        <w:t xml:space="preserve">University of </w:t>
      </w:r>
      <w:proofErr w:type="spellStart"/>
      <w:r w:rsidRPr="0054106E">
        <w:rPr>
          <w:b/>
          <w:sz w:val="24"/>
        </w:rPr>
        <w:t>Prešov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E1EE367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4106E" w:rsidRPr="0054106E">
        <w:t xml:space="preserve">The External Schengen Border as a Factor Influencing Quality of Life: </w:t>
      </w:r>
      <w:r w:rsidR="0054106E">
        <w:br/>
      </w:r>
      <w:r w:rsidR="0054106E" w:rsidRPr="0054106E">
        <w:t>Evidence</w:t>
      </w:r>
      <w:r w:rsidR="0054106E">
        <w:t xml:space="preserve"> </w:t>
      </w:r>
      <w:r w:rsidR="0054106E" w:rsidRPr="0054106E">
        <w:t xml:space="preserve">from the </w:t>
      </w:r>
      <w:proofErr w:type="gramStart"/>
      <w:r w:rsidR="0054106E" w:rsidRPr="0054106E">
        <w:t>Slovak–Ukrainian</w:t>
      </w:r>
      <w:proofErr w:type="gramEnd"/>
      <w:r w:rsidR="0054106E" w:rsidRPr="0054106E">
        <w:t xml:space="preserve"> Borderland</w:t>
      </w:r>
      <w:r>
        <w:t>”</w:t>
      </w:r>
    </w:p>
    <w:p w14:paraId="16DB20D1" w14:textId="3EC51ABA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4106E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51308" w14:textId="77777777" w:rsidR="00153CF0" w:rsidRDefault="00153CF0" w:rsidP="006521CC">
      <w:pPr>
        <w:spacing w:after="0" w:line="240" w:lineRule="auto"/>
      </w:pPr>
      <w:r>
        <w:separator/>
      </w:r>
    </w:p>
  </w:endnote>
  <w:endnote w:type="continuationSeparator" w:id="0">
    <w:p w14:paraId="64B79E23" w14:textId="77777777" w:rsidR="00153CF0" w:rsidRDefault="00153CF0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95E28" w14:textId="77777777" w:rsidR="00153CF0" w:rsidRDefault="00153CF0" w:rsidP="006521CC">
      <w:pPr>
        <w:spacing w:after="0" w:line="240" w:lineRule="auto"/>
      </w:pPr>
      <w:r>
        <w:separator/>
      </w:r>
    </w:p>
  </w:footnote>
  <w:footnote w:type="continuationSeparator" w:id="0">
    <w:p w14:paraId="57DBF6C9" w14:textId="77777777" w:rsidR="00153CF0" w:rsidRDefault="00153CF0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53CF0"/>
    <w:rsid w:val="00181F7B"/>
    <w:rsid w:val="001E1322"/>
    <w:rsid w:val="001E229C"/>
    <w:rsid w:val="0020168D"/>
    <w:rsid w:val="00203C34"/>
    <w:rsid w:val="00247B2F"/>
    <w:rsid w:val="0029639D"/>
    <w:rsid w:val="002F361F"/>
    <w:rsid w:val="00326F90"/>
    <w:rsid w:val="003F76C2"/>
    <w:rsid w:val="0054106E"/>
    <w:rsid w:val="00550CB0"/>
    <w:rsid w:val="00614554"/>
    <w:rsid w:val="006214EA"/>
    <w:rsid w:val="006521CC"/>
    <w:rsid w:val="007F45AD"/>
    <w:rsid w:val="008C46AA"/>
    <w:rsid w:val="00920391"/>
    <w:rsid w:val="009A6F72"/>
    <w:rsid w:val="009B18AC"/>
    <w:rsid w:val="00A5216A"/>
    <w:rsid w:val="00AA1D8D"/>
    <w:rsid w:val="00B47730"/>
    <w:rsid w:val="00C132CD"/>
    <w:rsid w:val="00C360BD"/>
    <w:rsid w:val="00C90425"/>
    <w:rsid w:val="00CB0664"/>
    <w:rsid w:val="00DC5185"/>
    <w:rsid w:val="00DD76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2026-09-02T11:18:00Z</dcterms:created>
  <dcterms:modified xsi:type="dcterms:W3CDTF">2026-09-02T11:18:00Z</dcterms:modified>
  <cp:category/>
</cp:coreProperties>
</file>