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51BB7A8" w:rsidR="00C360BD" w:rsidRDefault="00F806F5" w:rsidP="00C360BD">
      <w:pPr>
        <w:jc w:val="center"/>
        <w:rPr>
          <w:b/>
          <w:sz w:val="24"/>
        </w:rPr>
      </w:pPr>
      <w:r w:rsidRPr="00F806F5">
        <w:rPr>
          <w:b/>
          <w:sz w:val="24"/>
        </w:rPr>
        <w:t>Martin Šveda</w:t>
      </w:r>
      <w:r w:rsidRPr="00F806F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806F5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C8371F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806F5" w:rsidRPr="00F806F5">
        <w:t>When distance decays differently: weekly variation in population mobility in Slovakia</w:t>
      </w:r>
      <w:r>
        <w:t>”</w:t>
      </w:r>
      <w:r w:rsidR="0048495F">
        <w:t xml:space="preserve"> </w:t>
      </w:r>
    </w:p>
    <w:p w14:paraId="16DB20D1" w14:textId="00108F0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E5A4B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BCFC" w14:textId="77777777" w:rsidR="00514CAF" w:rsidRDefault="00514CAF" w:rsidP="006521CC">
      <w:pPr>
        <w:spacing w:after="0" w:line="240" w:lineRule="auto"/>
      </w:pPr>
      <w:r>
        <w:separator/>
      </w:r>
    </w:p>
  </w:endnote>
  <w:endnote w:type="continuationSeparator" w:id="0">
    <w:p w14:paraId="5B009211" w14:textId="77777777" w:rsidR="00514CAF" w:rsidRDefault="00514CA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EA227" w14:textId="77777777" w:rsidR="00514CAF" w:rsidRDefault="00514CAF" w:rsidP="006521CC">
      <w:pPr>
        <w:spacing w:after="0" w:line="240" w:lineRule="auto"/>
      </w:pPr>
      <w:r>
        <w:separator/>
      </w:r>
    </w:p>
  </w:footnote>
  <w:footnote w:type="continuationSeparator" w:id="0">
    <w:p w14:paraId="4DC2FE6C" w14:textId="77777777" w:rsidR="00514CAF" w:rsidRDefault="00514CA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4CAF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2026-09-03T08:34:00Z</dcterms:created>
  <dcterms:modified xsi:type="dcterms:W3CDTF">2026-09-03T08:34:00Z</dcterms:modified>
  <cp:category/>
</cp:coreProperties>
</file>